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6540" w:rsidRPr="00AE5F2A" w:rsidRDefault="004874BD" w:rsidP="00AB74A6">
      <w:pPr>
        <w:bidi/>
        <w:spacing w:line="240" w:lineRule="auto"/>
        <w:rPr>
          <w:rFonts w:asciiTheme="minorBidi" w:hAnsiTheme="minorBidi"/>
        </w:rPr>
      </w:pPr>
      <w:r w:rsidRPr="00AE5F2A">
        <w:rPr>
          <w:rFonts w:asciiTheme="minorBidi" w:hAnsiTheme="minorBidi"/>
          <w:b/>
          <w:bCs/>
          <w:sz w:val="40"/>
          <w:szCs w:val="40"/>
          <w:rtl/>
          <w:lang w:bidi="he-IL"/>
        </w:rPr>
        <w:t>טלי</w:t>
      </w:r>
      <w:r w:rsidRPr="00AE5F2A">
        <w:rPr>
          <w:rFonts w:asciiTheme="minorBidi" w:hAnsiTheme="minorBidi"/>
          <w:b/>
          <w:sz w:val="40"/>
        </w:rPr>
        <w:t xml:space="preserve"> </w:t>
      </w:r>
      <w:r w:rsidRPr="00AE5F2A">
        <w:rPr>
          <w:rFonts w:asciiTheme="minorBidi" w:hAnsiTheme="minorBidi"/>
          <w:b/>
          <w:bCs/>
          <w:sz w:val="40"/>
          <w:szCs w:val="40"/>
          <w:rtl/>
          <w:lang w:bidi="he-IL"/>
        </w:rPr>
        <w:t>זבילביץ׳</w:t>
      </w:r>
    </w:p>
    <w:p w:rsidR="00666540" w:rsidRPr="00AE5F2A" w:rsidRDefault="004874BD" w:rsidP="00AB74A6">
      <w:pPr>
        <w:bidi/>
        <w:spacing w:line="240" w:lineRule="auto"/>
        <w:rPr>
          <w:rFonts w:asciiTheme="minorBidi" w:hAnsiTheme="minorBidi"/>
          <w:lang w:bidi="he-IL"/>
        </w:rPr>
      </w:pPr>
      <w:r w:rsidRPr="00AE5F2A">
        <w:rPr>
          <w:rFonts w:asciiTheme="minorBidi" w:hAnsiTheme="minorBidi"/>
          <w:rtl/>
          <w:lang w:bidi="he-IL"/>
        </w:rPr>
        <w:t>כוריאוגרפית</w:t>
      </w:r>
      <w:r w:rsidRPr="00AE5F2A">
        <w:rPr>
          <w:rFonts w:asciiTheme="minorBidi" w:hAnsiTheme="minorBidi"/>
        </w:rPr>
        <w:t xml:space="preserve"> | </w:t>
      </w:r>
      <w:r w:rsidRPr="00AE5F2A">
        <w:rPr>
          <w:rFonts w:asciiTheme="minorBidi" w:hAnsiTheme="minorBidi"/>
          <w:rtl/>
          <w:lang w:bidi="he-IL"/>
        </w:rPr>
        <w:t>רקדנית</w:t>
      </w:r>
      <w:r w:rsidRPr="00AE5F2A">
        <w:rPr>
          <w:rFonts w:asciiTheme="minorBidi" w:hAnsiTheme="minorBidi"/>
        </w:rPr>
        <w:t xml:space="preserve"> | </w:t>
      </w:r>
      <w:r w:rsidRPr="00AE5F2A">
        <w:rPr>
          <w:rFonts w:asciiTheme="minorBidi" w:hAnsiTheme="minorBidi"/>
          <w:rtl/>
          <w:lang w:bidi="he-IL"/>
        </w:rPr>
        <w:t>מורה</w:t>
      </w:r>
      <w:r w:rsidRPr="00AE5F2A">
        <w:rPr>
          <w:rFonts w:asciiTheme="minorBidi" w:hAnsiTheme="minorBidi"/>
        </w:rPr>
        <w:t xml:space="preserve"> </w:t>
      </w:r>
      <w:r w:rsidRPr="00AE5F2A">
        <w:rPr>
          <w:rFonts w:asciiTheme="minorBidi" w:hAnsiTheme="minorBidi"/>
          <w:rtl/>
          <w:lang w:bidi="he-IL"/>
        </w:rPr>
        <w:t>מוסמכת</w:t>
      </w:r>
      <w:r w:rsidRPr="00AE5F2A">
        <w:rPr>
          <w:rFonts w:asciiTheme="minorBidi" w:hAnsiTheme="minorBidi"/>
        </w:rPr>
        <w:t xml:space="preserve"> </w:t>
      </w:r>
      <w:r w:rsidRPr="00AE5F2A">
        <w:rPr>
          <w:rFonts w:asciiTheme="minorBidi" w:hAnsiTheme="minorBidi"/>
          <w:rtl/>
          <w:lang w:bidi="he-IL"/>
        </w:rPr>
        <w:t>לפלדנקרייז</w:t>
      </w:r>
      <w:r w:rsidRPr="00AE5F2A">
        <w:rPr>
          <w:rFonts w:asciiTheme="minorBidi" w:hAnsiTheme="minorBidi"/>
        </w:rPr>
        <w:t xml:space="preserve"> | </w:t>
      </w:r>
      <w:r w:rsidRPr="00AE5F2A">
        <w:rPr>
          <w:rFonts w:asciiTheme="minorBidi" w:hAnsiTheme="minorBidi"/>
          <w:rtl/>
          <w:lang w:bidi="he-IL"/>
        </w:rPr>
        <w:t>מנהלת</w:t>
      </w:r>
      <w:r w:rsidRPr="00AE5F2A">
        <w:rPr>
          <w:rFonts w:asciiTheme="minorBidi" w:hAnsiTheme="minorBidi"/>
        </w:rPr>
        <w:t xml:space="preserve"> </w:t>
      </w:r>
      <w:r w:rsidRPr="00AE5F2A">
        <w:rPr>
          <w:rFonts w:asciiTheme="minorBidi" w:hAnsiTheme="minorBidi"/>
          <w:rtl/>
          <w:lang w:bidi="he-IL"/>
        </w:rPr>
        <w:t>אמנותית</w:t>
      </w:r>
      <w:r w:rsidRPr="00AE5F2A">
        <w:rPr>
          <w:rFonts w:asciiTheme="minorBidi" w:hAnsiTheme="minorBidi"/>
        </w:rPr>
        <w:br/>
      </w:r>
      <w:r w:rsidR="00AB74A6">
        <w:rPr>
          <w:rFonts w:asciiTheme="minorBidi" w:hAnsiTheme="minorBidi"/>
          <w:lang w:bidi="he-IL"/>
        </w:rPr>
        <w:t>talizav.com</w:t>
      </w:r>
    </w:p>
    <w:p w:rsidR="00666540" w:rsidRPr="00AE5F2A" w:rsidRDefault="004874BD" w:rsidP="00AB74A6">
      <w:pPr>
        <w:bidi/>
        <w:spacing w:line="240" w:lineRule="auto"/>
        <w:rPr>
          <w:rFonts w:asciiTheme="minorBidi" w:hAnsiTheme="minorBidi"/>
        </w:rPr>
      </w:pPr>
      <w:r w:rsidRPr="00AE5F2A">
        <w:rPr>
          <w:rFonts w:asciiTheme="minorBidi" w:hAnsiTheme="minorBidi"/>
          <w:b/>
          <w:bCs/>
          <w:sz w:val="28"/>
          <w:szCs w:val="28"/>
          <w:rtl/>
          <w:lang w:bidi="he-IL"/>
        </w:rPr>
        <w:t>פרופיל</w:t>
      </w:r>
      <w:r w:rsidRPr="00AE5F2A">
        <w:rPr>
          <w:rFonts w:asciiTheme="minorBidi" w:hAnsiTheme="minorBidi"/>
          <w:b/>
          <w:sz w:val="28"/>
        </w:rPr>
        <w:t xml:space="preserve"> </w:t>
      </w:r>
      <w:r w:rsidRPr="00AE5F2A">
        <w:rPr>
          <w:rFonts w:asciiTheme="minorBidi" w:hAnsiTheme="minorBidi"/>
          <w:b/>
          <w:bCs/>
          <w:sz w:val="28"/>
          <w:szCs w:val="28"/>
          <w:rtl/>
          <w:lang w:bidi="he-IL"/>
        </w:rPr>
        <w:t>מקצועי</w:t>
      </w:r>
    </w:p>
    <w:p w:rsidR="00666540" w:rsidRPr="00AE5F2A" w:rsidRDefault="006772CF" w:rsidP="006772CF">
      <w:pPr>
        <w:bidi/>
        <w:spacing w:line="240" w:lineRule="auto"/>
        <w:rPr>
          <w:rFonts w:asciiTheme="minorBidi" w:hAnsiTheme="minorBidi"/>
          <w:rtl/>
          <w:lang w:bidi="he-IL"/>
        </w:rPr>
      </w:pPr>
      <w:r>
        <w:rPr>
          <w:rFonts w:asciiTheme="minorBidi" w:hAnsiTheme="minorBidi"/>
          <w:rtl/>
          <w:lang w:bidi="he-IL"/>
        </w:rPr>
        <w:t>כוריאוגרפי</w:t>
      </w:r>
      <w:r>
        <w:rPr>
          <w:rFonts w:asciiTheme="minorBidi" w:hAnsiTheme="minorBidi" w:hint="cs"/>
          <w:rtl/>
          <w:lang w:bidi="he-IL"/>
        </w:rPr>
        <w:t xml:space="preserve">ת, </w:t>
      </w:r>
      <w:r w:rsidR="004874BD" w:rsidRPr="00AE5F2A">
        <w:rPr>
          <w:rFonts w:asciiTheme="minorBidi" w:hAnsiTheme="minorBidi"/>
        </w:rPr>
        <w:t xml:space="preserve"> </w:t>
      </w:r>
      <w:r>
        <w:rPr>
          <w:rFonts w:asciiTheme="minorBidi" w:hAnsiTheme="minorBidi"/>
          <w:rtl/>
          <w:lang w:bidi="he-IL"/>
        </w:rPr>
        <w:t>רקדנ</w:t>
      </w:r>
      <w:r>
        <w:rPr>
          <w:rFonts w:asciiTheme="minorBidi" w:hAnsiTheme="minorBidi" w:hint="cs"/>
          <w:rtl/>
          <w:lang w:bidi="he-IL"/>
        </w:rPr>
        <w:t>ית,</w:t>
      </w:r>
      <w:r w:rsidR="004874BD" w:rsidRPr="00AE5F2A">
        <w:rPr>
          <w:rFonts w:asciiTheme="minorBidi" w:hAnsiTheme="minorBidi"/>
        </w:rPr>
        <w:t xml:space="preserve"> </w:t>
      </w:r>
      <w:r w:rsidR="004874BD" w:rsidRPr="00AE5F2A">
        <w:rPr>
          <w:rFonts w:asciiTheme="minorBidi" w:hAnsiTheme="minorBidi"/>
          <w:rtl/>
          <w:lang w:bidi="he-IL"/>
        </w:rPr>
        <w:t>מורה</w:t>
      </w:r>
      <w:r w:rsidR="004874BD" w:rsidRPr="00AE5F2A">
        <w:rPr>
          <w:rFonts w:asciiTheme="minorBidi" w:hAnsiTheme="minorBidi"/>
        </w:rPr>
        <w:t xml:space="preserve"> </w:t>
      </w:r>
      <w:r w:rsidR="004874BD" w:rsidRPr="00AE5F2A">
        <w:rPr>
          <w:rFonts w:asciiTheme="minorBidi" w:hAnsiTheme="minorBidi"/>
          <w:rtl/>
          <w:lang w:bidi="he-IL"/>
        </w:rPr>
        <w:t>מוסמכת</w:t>
      </w:r>
      <w:r w:rsidR="004874BD" w:rsidRPr="00AE5F2A">
        <w:rPr>
          <w:rFonts w:asciiTheme="minorBidi" w:hAnsiTheme="minorBidi"/>
        </w:rPr>
        <w:t xml:space="preserve"> </w:t>
      </w:r>
      <w:r w:rsidR="004874BD" w:rsidRPr="00AE5F2A">
        <w:rPr>
          <w:rFonts w:asciiTheme="minorBidi" w:hAnsiTheme="minorBidi"/>
          <w:rtl/>
          <w:lang w:bidi="he-IL"/>
        </w:rPr>
        <w:t>לשיטת</w:t>
      </w:r>
      <w:r w:rsidR="004874BD" w:rsidRPr="00AE5F2A">
        <w:rPr>
          <w:rFonts w:asciiTheme="minorBidi" w:hAnsiTheme="minorBidi"/>
        </w:rPr>
        <w:t xml:space="preserve"> </w:t>
      </w:r>
      <w:r w:rsidR="004874BD" w:rsidRPr="00AE5F2A">
        <w:rPr>
          <w:rFonts w:asciiTheme="minorBidi" w:hAnsiTheme="minorBidi"/>
          <w:rtl/>
          <w:lang w:bidi="he-IL"/>
        </w:rPr>
        <w:t>פלדנקרייז</w:t>
      </w:r>
      <w:r w:rsidR="004874BD" w:rsidRPr="00AE5F2A">
        <w:rPr>
          <w:rFonts w:asciiTheme="minorBidi" w:hAnsiTheme="minorBidi"/>
        </w:rPr>
        <w:t xml:space="preserve"> </w:t>
      </w:r>
      <w:r w:rsidR="004874BD" w:rsidRPr="00AE5F2A">
        <w:rPr>
          <w:rFonts w:asciiTheme="minorBidi" w:hAnsiTheme="minorBidi"/>
          <w:rtl/>
          <w:lang w:bidi="he-IL"/>
        </w:rPr>
        <w:t>ואמנית</w:t>
      </w:r>
      <w:r w:rsidR="004874BD" w:rsidRPr="00AE5F2A">
        <w:rPr>
          <w:rFonts w:asciiTheme="minorBidi" w:hAnsiTheme="minorBidi"/>
        </w:rPr>
        <w:t xml:space="preserve"> </w:t>
      </w:r>
      <w:r w:rsidR="004874BD" w:rsidRPr="00AE5F2A">
        <w:rPr>
          <w:rFonts w:asciiTheme="minorBidi" w:hAnsiTheme="minorBidi"/>
          <w:rtl/>
          <w:lang w:bidi="he-IL"/>
        </w:rPr>
        <w:t>תנועה</w:t>
      </w:r>
      <w:r w:rsidR="004874BD" w:rsidRPr="00AE5F2A">
        <w:rPr>
          <w:rFonts w:asciiTheme="minorBidi" w:hAnsiTheme="minorBidi"/>
        </w:rPr>
        <w:t xml:space="preserve"> </w:t>
      </w:r>
      <w:r w:rsidR="004874BD" w:rsidRPr="00AE5F2A">
        <w:rPr>
          <w:rFonts w:asciiTheme="minorBidi" w:hAnsiTheme="minorBidi"/>
          <w:rtl/>
          <w:lang w:bidi="he-IL"/>
        </w:rPr>
        <w:t>רב־תחומית</w:t>
      </w:r>
      <w:r w:rsidR="004874BD" w:rsidRPr="00AE5F2A">
        <w:rPr>
          <w:rFonts w:asciiTheme="minorBidi" w:hAnsiTheme="minorBidi"/>
        </w:rPr>
        <w:t xml:space="preserve">. </w:t>
      </w:r>
      <w:r w:rsidR="004874BD" w:rsidRPr="00AE5F2A">
        <w:rPr>
          <w:rFonts w:asciiTheme="minorBidi" w:hAnsiTheme="minorBidi"/>
          <w:rtl/>
          <w:lang w:bidi="he-IL"/>
        </w:rPr>
        <w:t>עבודתה</w:t>
      </w:r>
      <w:r w:rsidR="004874BD" w:rsidRPr="00AE5F2A">
        <w:rPr>
          <w:rFonts w:asciiTheme="minorBidi" w:hAnsiTheme="minorBidi"/>
        </w:rPr>
        <w:t xml:space="preserve"> </w:t>
      </w:r>
      <w:r w:rsidR="004874BD" w:rsidRPr="00AE5F2A">
        <w:rPr>
          <w:rFonts w:asciiTheme="minorBidi" w:hAnsiTheme="minorBidi"/>
          <w:rtl/>
          <w:lang w:bidi="he-IL"/>
        </w:rPr>
        <w:t>משלבת</w:t>
      </w:r>
      <w:r w:rsidR="004874BD" w:rsidRPr="00AE5F2A">
        <w:rPr>
          <w:rFonts w:asciiTheme="minorBidi" w:hAnsiTheme="minorBidi"/>
        </w:rPr>
        <w:t xml:space="preserve"> </w:t>
      </w:r>
      <w:r w:rsidR="004874BD" w:rsidRPr="00AE5F2A">
        <w:rPr>
          <w:rFonts w:asciiTheme="minorBidi" w:hAnsiTheme="minorBidi"/>
          <w:rtl/>
          <w:lang w:bidi="he-IL"/>
        </w:rPr>
        <w:t>מחקר</w:t>
      </w:r>
      <w:r w:rsidR="004874BD" w:rsidRPr="00AE5F2A">
        <w:rPr>
          <w:rFonts w:asciiTheme="minorBidi" w:hAnsiTheme="minorBidi"/>
        </w:rPr>
        <w:t xml:space="preserve"> </w:t>
      </w:r>
      <w:r w:rsidR="004874BD" w:rsidRPr="00AE5F2A">
        <w:rPr>
          <w:rFonts w:asciiTheme="minorBidi" w:hAnsiTheme="minorBidi"/>
          <w:rtl/>
          <w:lang w:bidi="he-IL"/>
        </w:rPr>
        <w:t>תנועתי</w:t>
      </w:r>
      <w:r>
        <w:rPr>
          <w:rFonts w:asciiTheme="minorBidi" w:hAnsiTheme="minorBidi"/>
        </w:rPr>
        <w:t>,</w:t>
      </w:r>
      <w:r>
        <w:rPr>
          <w:rFonts w:asciiTheme="minorBidi" w:hAnsiTheme="minorBidi" w:hint="cs"/>
          <w:rtl/>
          <w:lang w:bidi="he-IL"/>
        </w:rPr>
        <w:t xml:space="preserve"> אי</w:t>
      </w:r>
      <w:r w:rsidR="004874BD" w:rsidRPr="00AE5F2A">
        <w:rPr>
          <w:rFonts w:asciiTheme="minorBidi" w:hAnsiTheme="minorBidi"/>
          <w:rtl/>
          <w:lang w:bidi="he-IL"/>
        </w:rPr>
        <w:t>לתור</w:t>
      </w:r>
      <w:r w:rsidR="004874BD" w:rsidRPr="00AE5F2A">
        <w:rPr>
          <w:rFonts w:asciiTheme="minorBidi" w:hAnsiTheme="minorBidi"/>
        </w:rPr>
        <w:t xml:space="preserve">, </w:t>
      </w:r>
      <w:r w:rsidR="004874BD" w:rsidRPr="00AE5F2A">
        <w:rPr>
          <w:rFonts w:asciiTheme="minorBidi" w:hAnsiTheme="minorBidi"/>
          <w:rtl/>
          <w:lang w:bidi="he-IL"/>
        </w:rPr>
        <w:t>יצירה</w:t>
      </w:r>
      <w:r w:rsidR="004874BD" w:rsidRPr="00AE5F2A">
        <w:rPr>
          <w:rFonts w:asciiTheme="minorBidi" w:hAnsiTheme="minorBidi"/>
        </w:rPr>
        <w:t xml:space="preserve"> </w:t>
      </w:r>
      <w:r w:rsidR="004874BD" w:rsidRPr="00AE5F2A">
        <w:rPr>
          <w:rFonts w:asciiTheme="minorBidi" w:hAnsiTheme="minorBidi"/>
          <w:rtl/>
          <w:lang w:bidi="he-IL"/>
        </w:rPr>
        <w:t>תלוית־מקום</w:t>
      </w:r>
      <w:r w:rsidR="004874BD" w:rsidRPr="00AE5F2A">
        <w:rPr>
          <w:rFonts w:asciiTheme="minorBidi" w:hAnsiTheme="minorBidi"/>
        </w:rPr>
        <w:t xml:space="preserve"> </w:t>
      </w:r>
      <w:r w:rsidR="004874BD" w:rsidRPr="00AE5F2A">
        <w:rPr>
          <w:rFonts w:asciiTheme="minorBidi" w:hAnsiTheme="minorBidi"/>
          <w:rtl/>
          <w:lang w:bidi="he-IL"/>
        </w:rPr>
        <w:t>ופרקטיקות</w:t>
      </w:r>
      <w:r w:rsidR="004874BD" w:rsidRPr="00AE5F2A">
        <w:rPr>
          <w:rFonts w:asciiTheme="minorBidi" w:hAnsiTheme="minorBidi"/>
        </w:rPr>
        <w:t xml:space="preserve"> </w:t>
      </w:r>
      <w:r w:rsidR="004874BD" w:rsidRPr="00AE5F2A">
        <w:rPr>
          <w:rFonts w:asciiTheme="minorBidi" w:hAnsiTheme="minorBidi"/>
          <w:rtl/>
          <w:lang w:bidi="he-IL"/>
        </w:rPr>
        <w:t>סומטיות</w:t>
      </w:r>
      <w:r w:rsidR="004874BD" w:rsidRPr="00AE5F2A">
        <w:rPr>
          <w:rFonts w:asciiTheme="minorBidi" w:hAnsiTheme="minorBidi"/>
        </w:rPr>
        <w:t xml:space="preserve">. </w:t>
      </w:r>
      <w:r w:rsidR="004874BD" w:rsidRPr="00AE5F2A">
        <w:rPr>
          <w:rFonts w:asciiTheme="minorBidi" w:hAnsiTheme="minorBidi"/>
          <w:rtl/>
          <w:lang w:bidi="he-IL"/>
        </w:rPr>
        <w:t>יצירותיה</w:t>
      </w:r>
      <w:r w:rsidR="004874BD" w:rsidRPr="00AE5F2A">
        <w:rPr>
          <w:rFonts w:asciiTheme="minorBidi" w:hAnsiTheme="minorBidi"/>
        </w:rPr>
        <w:t xml:space="preserve"> </w:t>
      </w:r>
      <w:r w:rsidR="004874BD" w:rsidRPr="00AE5F2A">
        <w:rPr>
          <w:rFonts w:asciiTheme="minorBidi" w:hAnsiTheme="minorBidi"/>
          <w:rtl/>
          <w:lang w:bidi="he-IL"/>
        </w:rPr>
        <w:t>הוצגו</w:t>
      </w:r>
      <w:r w:rsidR="004874BD" w:rsidRPr="00AE5F2A">
        <w:rPr>
          <w:rFonts w:asciiTheme="minorBidi" w:hAnsiTheme="minorBidi"/>
        </w:rPr>
        <w:t xml:space="preserve"> </w:t>
      </w:r>
      <w:r w:rsidR="004874BD" w:rsidRPr="00AE5F2A">
        <w:rPr>
          <w:rFonts w:asciiTheme="minorBidi" w:hAnsiTheme="minorBidi"/>
          <w:rtl/>
          <w:lang w:bidi="he-IL"/>
        </w:rPr>
        <w:t>בישראל</w:t>
      </w:r>
      <w:r w:rsidR="004874BD" w:rsidRPr="00AE5F2A">
        <w:rPr>
          <w:rFonts w:asciiTheme="minorBidi" w:hAnsiTheme="minorBidi"/>
        </w:rPr>
        <w:t xml:space="preserve"> </w:t>
      </w:r>
      <w:r w:rsidR="00AB74A6">
        <w:rPr>
          <w:rFonts w:asciiTheme="minorBidi" w:hAnsiTheme="minorBidi"/>
          <w:rtl/>
          <w:lang w:bidi="he-IL"/>
        </w:rPr>
        <w:t>ובעול</w:t>
      </w:r>
      <w:r w:rsidR="00AB74A6">
        <w:rPr>
          <w:rFonts w:asciiTheme="minorBidi" w:hAnsiTheme="minorBidi" w:hint="cs"/>
          <w:rtl/>
          <w:lang w:bidi="he-IL"/>
        </w:rPr>
        <w:t>ם,</w:t>
      </w:r>
      <w:r w:rsidR="004874BD" w:rsidRPr="00AE5F2A">
        <w:rPr>
          <w:rFonts w:asciiTheme="minorBidi" w:hAnsiTheme="minorBidi"/>
        </w:rPr>
        <w:t xml:space="preserve"> </w:t>
      </w:r>
      <w:r w:rsidR="004874BD" w:rsidRPr="00AE5F2A">
        <w:rPr>
          <w:rFonts w:asciiTheme="minorBidi" w:hAnsiTheme="minorBidi"/>
          <w:rtl/>
          <w:lang w:bidi="he-IL"/>
        </w:rPr>
        <w:t>במרחבים</w:t>
      </w:r>
      <w:r w:rsidR="004874BD" w:rsidRPr="00AE5F2A">
        <w:rPr>
          <w:rFonts w:asciiTheme="minorBidi" w:hAnsiTheme="minorBidi"/>
        </w:rPr>
        <w:t xml:space="preserve"> </w:t>
      </w:r>
      <w:r w:rsidR="004874BD" w:rsidRPr="00AE5F2A">
        <w:rPr>
          <w:rFonts w:asciiTheme="minorBidi" w:hAnsiTheme="minorBidi"/>
          <w:rtl/>
          <w:lang w:bidi="he-IL"/>
        </w:rPr>
        <w:t>ציבוריים</w:t>
      </w:r>
      <w:r w:rsidR="004874BD" w:rsidRPr="00AE5F2A">
        <w:rPr>
          <w:rFonts w:asciiTheme="minorBidi" w:hAnsiTheme="minorBidi"/>
        </w:rPr>
        <w:t xml:space="preserve">, </w:t>
      </w:r>
      <w:r w:rsidR="00AB74A6">
        <w:rPr>
          <w:rFonts w:asciiTheme="minorBidi" w:hAnsiTheme="minorBidi"/>
          <w:rtl/>
          <w:lang w:bidi="he-IL"/>
        </w:rPr>
        <w:t>מוזיאונ</w:t>
      </w:r>
      <w:r w:rsidR="00AB74A6">
        <w:rPr>
          <w:rFonts w:asciiTheme="minorBidi" w:hAnsiTheme="minorBidi" w:hint="cs"/>
          <w:rtl/>
          <w:lang w:bidi="he-IL"/>
        </w:rPr>
        <w:t>ים</w:t>
      </w:r>
      <w:r w:rsidR="004874BD" w:rsidRPr="00AE5F2A">
        <w:rPr>
          <w:rFonts w:asciiTheme="minorBidi" w:hAnsiTheme="minorBidi"/>
        </w:rPr>
        <w:t xml:space="preserve">, </w:t>
      </w:r>
      <w:r w:rsidR="004874BD" w:rsidRPr="00AE5F2A">
        <w:rPr>
          <w:rFonts w:asciiTheme="minorBidi" w:hAnsiTheme="minorBidi"/>
          <w:rtl/>
          <w:lang w:bidi="he-IL"/>
        </w:rPr>
        <w:t>גלריות</w:t>
      </w:r>
      <w:r w:rsidR="004874BD" w:rsidRPr="00AE5F2A">
        <w:rPr>
          <w:rFonts w:asciiTheme="minorBidi" w:hAnsiTheme="minorBidi"/>
        </w:rPr>
        <w:t xml:space="preserve"> </w:t>
      </w:r>
      <w:r w:rsidR="004874BD" w:rsidRPr="00AE5F2A">
        <w:rPr>
          <w:rFonts w:asciiTheme="minorBidi" w:hAnsiTheme="minorBidi"/>
          <w:rtl/>
          <w:lang w:bidi="he-IL"/>
        </w:rPr>
        <w:t>ותיאטראות</w:t>
      </w:r>
      <w:r w:rsidR="004874BD" w:rsidRPr="00AE5F2A">
        <w:rPr>
          <w:rFonts w:asciiTheme="minorBidi" w:hAnsiTheme="minorBidi"/>
        </w:rPr>
        <w:t>.</w:t>
      </w:r>
    </w:p>
    <w:p w:rsidR="00666540" w:rsidRPr="00AE5F2A" w:rsidRDefault="004874BD" w:rsidP="00AB74A6">
      <w:pPr>
        <w:bidi/>
        <w:spacing w:line="240" w:lineRule="auto"/>
        <w:rPr>
          <w:rFonts w:asciiTheme="minorBidi" w:hAnsiTheme="minorBidi"/>
        </w:rPr>
      </w:pPr>
      <w:r w:rsidRPr="00AE5F2A">
        <w:rPr>
          <w:rFonts w:asciiTheme="minorBidi" w:hAnsiTheme="minorBidi"/>
          <w:b/>
          <w:bCs/>
          <w:sz w:val="28"/>
          <w:szCs w:val="28"/>
          <w:rtl/>
          <w:lang w:bidi="he-IL"/>
        </w:rPr>
        <w:t>השכלה</w:t>
      </w:r>
    </w:p>
    <w:p w:rsidR="00666540" w:rsidRPr="00AE5F2A" w:rsidRDefault="004874BD" w:rsidP="00AB74A6">
      <w:pPr>
        <w:bidi/>
        <w:spacing w:line="240" w:lineRule="auto"/>
        <w:rPr>
          <w:rFonts w:asciiTheme="minorBidi" w:hAnsiTheme="minorBidi"/>
        </w:rPr>
      </w:pPr>
      <w:r w:rsidRPr="00AE5F2A">
        <w:rPr>
          <w:rFonts w:asciiTheme="minorBidi" w:hAnsiTheme="minorBidi"/>
        </w:rPr>
        <w:t xml:space="preserve">• </w:t>
      </w:r>
      <w:r w:rsidRPr="00AE5F2A">
        <w:rPr>
          <w:rFonts w:asciiTheme="minorBidi" w:hAnsiTheme="minorBidi"/>
          <w:rtl/>
          <w:lang w:bidi="he-IL"/>
        </w:rPr>
        <w:t>תואר</w:t>
      </w:r>
      <w:r w:rsidRPr="00AE5F2A">
        <w:rPr>
          <w:rFonts w:asciiTheme="minorBidi" w:hAnsiTheme="minorBidi"/>
        </w:rPr>
        <w:t xml:space="preserve"> </w:t>
      </w:r>
      <w:r w:rsidRPr="00AE5F2A">
        <w:rPr>
          <w:rFonts w:asciiTheme="minorBidi" w:hAnsiTheme="minorBidi"/>
          <w:rtl/>
          <w:lang w:bidi="he-IL"/>
        </w:rPr>
        <w:t>שני</w:t>
      </w:r>
      <w:r w:rsidRPr="00AE5F2A">
        <w:rPr>
          <w:rFonts w:asciiTheme="minorBidi" w:hAnsiTheme="minorBidi"/>
        </w:rPr>
        <w:t xml:space="preserve"> (M.A) </w:t>
      </w:r>
      <w:r w:rsidRPr="00AE5F2A">
        <w:rPr>
          <w:rFonts w:asciiTheme="minorBidi" w:hAnsiTheme="minorBidi"/>
          <w:rtl/>
          <w:lang w:bidi="he-IL"/>
        </w:rPr>
        <w:t>בבימוי</w:t>
      </w:r>
      <w:r w:rsidRPr="00AE5F2A">
        <w:rPr>
          <w:rFonts w:asciiTheme="minorBidi" w:hAnsiTheme="minorBidi"/>
        </w:rPr>
        <w:t xml:space="preserve"> </w:t>
      </w:r>
      <w:r w:rsidRPr="00AE5F2A">
        <w:rPr>
          <w:rFonts w:asciiTheme="minorBidi" w:hAnsiTheme="minorBidi"/>
          <w:rtl/>
          <w:lang w:bidi="he-IL"/>
        </w:rPr>
        <w:t>תיאטרון</w:t>
      </w:r>
      <w:r w:rsidRPr="00AE5F2A">
        <w:rPr>
          <w:rFonts w:asciiTheme="minorBidi" w:hAnsiTheme="minorBidi"/>
        </w:rPr>
        <w:t xml:space="preserve"> – </w:t>
      </w:r>
      <w:r w:rsidRPr="00AE5F2A">
        <w:rPr>
          <w:rFonts w:asciiTheme="minorBidi" w:hAnsiTheme="minorBidi"/>
          <w:rtl/>
          <w:lang w:bidi="he-IL"/>
        </w:rPr>
        <w:t>אוניברסיטת</w:t>
      </w:r>
      <w:r w:rsidRPr="00AE5F2A">
        <w:rPr>
          <w:rFonts w:asciiTheme="minorBidi" w:hAnsiTheme="minorBidi"/>
        </w:rPr>
        <w:t xml:space="preserve"> </w:t>
      </w:r>
      <w:r w:rsidRPr="00AE5F2A">
        <w:rPr>
          <w:rFonts w:asciiTheme="minorBidi" w:hAnsiTheme="minorBidi"/>
          <w:rtl/>
          <w:lang w:bidi="he-IL"/>
        </w:rPr>
        <w:t>תל</w:t>
      </w:r>
      <w:r w:rsidRPr="00AE5F2A">
        <w:rPr>
          <w:rFonts w:asciiTheme="minorBidi" w:hAnsiTheme="minorBidi"/>
        </w:rPr>
        <w:t xml:space="preserve"> </w:t>
      </w:r>
      <w:r w:rsidRPr="00AE5F2A">
        <w:rPr>
          <w:rFonts w:asciiTheme="minorBidi" w:hAnsiTheme="minorBidi"/>
          <w:rtl/>
          <w:lang w:bidi="he-IL"/>
        </w:rPr>
        <w:t>אביב</w:t>
      </w:r>
      <w:r w:rsidRPr="00AE5F2A">
        <w:rPr>
          <w:rFonts w:asciiTheme="minorBidi" w:hAnsiTheme="minorBidi"/>
        </w:rPr>
        <w:br/>
        <w:t xml:space="preserve">• </w:t>
      </w:r>
      <w:r w:rsidRPr="00AE5F2A">
        <w:rPr>
          <w:rFonts w:asciiTheme="minorBidi" w:hAnsiTheme="minorBidi"/>
          <w:rtl/>
          <w:lang w:bidi="he-IL"/>
        </w:rPr>
        <w:t>תואר</w:t>
      </w:r>
      <w:r w:rsidRPr="00AE5F2A">
        <w:rPr>
          <w:rFonts w:asciiTheme="minorBidi" w:hAnsiTheme="minorBidi"/>
        </w:rPr>
        <w:t xml:space="preserve"> </w:t>
      </w:r>
      <w:r w:rsidRPr="00AE5F2A">
        <w:rPr>
          <w:rFonts w:asciiTheme="minorBidi" w:hAnsiTheme="minorBidi"/>
          <w:rtl/>
          <w:lang w:bidi="he-IL"/>
        </w:rPr>
        <w:t>ראשון</w:t>
      </w:r>
      <w:r w:rsidRPr="00AE5F2A">
        <w:rPr>
          <w:rFonts w:asciiTheme="minorBidi" w:hAnsiTheme="minorBidi"/>
        </w:rPr>
        <w:t xml:space="preserve"> </w:t>
      </w:r>
      <w:r w:rsidRPr="00AE5F2A">
        <w:rPr>
          <w:rFonts w:asciiTheme="minorBidi" w:hAnsiTheme="minorBidi"/>
          <w:rtl/>
          <w:lang w:bidi="he-IL"/>
        </w:rPr>
        <w:t>במחול</w:t>
      </w:r>
      <w:r w:rsidRPr="00AE5F2A">
        <w:rPr>
          <w:rFonts w:asciiTheme="minorBidi" w:hAnsiTheme="minorBidi"/>
        </w:rPr>
        <w:t xml:space="preserve"> – </w:t>
      </w:r>
      <w:r w:rsidRPr="00AE5F2A">
        <w:rPr>
          <w:rFonts w:asciiTheme="minorBidi" w:hAnsiTheme="minorBidi"/>
          <w:rtl/>
          <w:lang w:bidi="he-IL"/>
        </w:rPr>
        <w:t>האקדמיה</w:t>
      </w:r>
      <w:r w:rsidRPr="00AE5F2A">
        <w:rPr>
          <w:rFonts w:asciiTheme="minorBidi" w:hAnsiTheme="minorBidi"/>
        </w:rPr>
        <w:t xml:space="preserve"> </w:t>
      </w:r>
      <w:r w:rsidRPr="00AE5F2A">
        <w:rPr>
          <w:rFonts w:asciiTheme="minorBidi" w:hAnsiTheme="minorBidi"/>
          <w:rtl/>
          <w:lang w:bidi="he-IL"/>
        </w:rPr>
        <w:t>למוזיקה</w:t>
      </w:r>
      <w:r w:rsidRPr="00AE5F2A">
        <w:rPr>
          <w:rFonts w:asciiTheme="minorBidi" w:hAnsiTheme="minorBidi"/>
        </w:rPr>
        <w:t xml:space="preserve"> </w:t>
      </w:r>
      <w:r w:rsidRPr="00AE5F2A">
        <w:rPr>
          <w:rFonts w:asciiTheme="minorBidi" w:hAnsiTheme="minorBidi"/>
          <w:rtl/>
          <w:lang w:bidi="he-IL"/>
        </w:rPr>
        <w:t>ולמחול</w:t>
      </w:r>
      <w:r w:rsidRPr="00AE5F2A">
        <w:rPr>
          <w:rFonts w:asciiTheme="minorBidi" w:hAnsiTheme="minorBidi"/>
        </w:rPr>
        <w:t xml:space="preserve"> </w:t>
      </w:r>
      <w:r w:rsidRPr="00AE5F2A">
        <w:rPr>
          <w:rFonts w:asciiTheme="minorBidi" w:hAnsiTheme="minorBidi"/>
          <w:rtl/>
          <w:lang w:bidi="he-IL"/>
        </w:rPr>
        <w:t>בירושלים</w:t>
      </w:r>
      <w:r w:rsidRPr="00AE5F2A">
        <w:rPr>
          <w:rFonts w:asciiTheme="minorBidi" w:hAnsiTheme="minorBidi"/>
        </w:rPr>
        <w:br/>
        <w:t xml:space="preserve">• </w:t>
      </w:r>
      <w:r w:rsidRPr="00AE5F2A">
        <w:rPr>
          <w:rFonts w:asciiTheme="minorBidi" w:hAnsiTheme="minorBidi"/>
          <w:rtl/>
          <w:lang w:bidi="he-IL"/>
        </w:rPr>
        <w:t>תואר</w:t>
      </w:r>
      <w:r w:rsidRPr="00AE5F2A">
        <w:rPr>
          <w:rFonts w:asciiTheme="minorBidi" w:hAnsiTheme="minorBidi"/>
        </w:rPr>
        <w:t xml:space="preserve"> </w:t>
      </w:r>
      <w:r w:rsidRPr="00AE5F2A">
        <w:rPr>
          <w:rFonts w:asciiTheme="minorBidi" w:hAnsiTheme="minorBidi"/>
          <w:rtl/>
          <w:lang w:bidi="he-IL"/>
        </w:rPr>
        <w:t>ראשון</w:t>
      </w:r>
      <w:r w:rsidRPr="00AE5F2A">
        <w:rPr>
          <w:rFonts w:asciiTheme="minorBidi" w:hAnsiTheme="minorBidi"/>
        </w:rPr>
        <w:t xml:space="preserve"> </w:t>
      </w:r>
      <w:r w:rsidRPr="00AE5F2A">
        <w:rPr>
          <w:rFonts w:asciiTheme="minorBidi" w:hAnsiTheme="minorBidi"/>
          <w:rtl/>
          <w:lang w:bidi="he-IL"/>
        </w:rPr>
        <w:t>בכלכלה</w:t>
      </w:r>
      <w:r w:rsidRPr="00AE5F2A">
        <w:rPr>
          <w:rFonts w:asciiTheme="minorBidi" w:hAnsiTheme="minorBidi"/>
        </w:rPr>
        <w:t xml:space="preserve"> – </w:t>
      </w:r>
      <w:r w:rsidRPr="00AE5F2A">
        <w:rPr>
          <w:rFonts w:asciiTheme="minorBidi" w:hAnsiTheme="minorBidi"/>
          <w:rtl/>
          <w:lang w:bidi="he-IL"/>
        </w:rPr>
        <w:t>האוניברסיטה</w:t>
      </w:r>
      <w:r w:rsidRPr="00AE5F2A">
        <w:rPr>
          <w:rFonts w:asciiTheme="minorBidi" w:hAnsiTheme="minorBidi"/>
        </w:rPr>
        <w:t xml:space="preserve"> </w:t>
      </w:r>
      <w:r w:rsidRPr="00AE5F2A">
        <w:rPr>
          <w:rFonts w:asciiTheme="minorBidi" w:hAnsiTheme="minorBidi"/>
          <w:rtl/>
          <w:lang w:bidi="he-IL"/>
        </w:rPr>
        <w:t>העברית</w:t>
      </w:r>
      <w:r w:rsidRPr="00AE5F2A">
        <w:rPr>
          <w:rFonts w:asciiTheme="minorBidi" w:hAnsiTheme="minorBidi"/>
        </w:rPr>
        <w:t xml:space="preserve"> </w:t>
      </w:r>
      <w:r w:rsidRPr="00AE5F2A">
        <w:rPr>
          <w:rFonts w:asciiTheme="minorBidi" w:hAnsiTheme="minorBidi"/>
          <w:rtl/>
          <w:lang w:bidi="he-IL"/>
        </w:rPr>
        <w:t>בירושלים</w:t>
      </w:r>
    </w:p>
    <w:p w:rsidR="00666540" w:rsidRPr="00AE5F2A" w:rsidRDefault="004874BD" w:rsidP="00AB74A6">
      <w:pPr>
        <w:bidi/>
        <w:spacing w:line="240" w:lineRule="auto"/>
        <w:rPr>
          <w:rFonts w:asciiTheme="minorBidi" w:hAnsiTheme="minorBidi" w:hint="cs"/>
          <w:rtl/>
          <w:lang w:bidi="he-IL"/>
        </w:rPr>
      </w:pPr>
      <w:r w:rsidRPr="00AE5F2A">
        <w:rPr>
          <w:rFonts w:asciiTheme="minorBidi" w:hAnsiTheme="minorBidi"/>
          <w:b/>
          <w:bCs/>
          <w:sz w:val="28"/>
          <w:szCs w:val="28"/>
          <w:rtl/>
          <w:lang w:bidi="he-IL"/>
        </w:rPr>
        <w:t>יצירות</w:t>
      </w:r>
      <w:r w:rsidRPr="00AE5F2A">
        <w:rPr>
          <w:rFonts w:asciiTheme="minorBidi" w:hAnsiTheme="minorBidi"/>
          <w:b/>
          <w:sz w:val="28"/>
        </w:rPr>
        <w:t xml:space="preserve"> </w:t>
      </w:r>
      <w:r w:rsidRPr="00AE5F2A">
        <w:rPr>
          <w:rFonts w:asciiTheme="minorBidi" w:hAnsiTheme="minorBidi"/>
          <w:b/>
          <w:bCs/>
          <w:sz w:val="28"/>
          <w:szCs w:val="28"/>
          <w:rtl/>
          <w:lang w:bidi="he-IL"/>
        </w:rPr>
        <w:t>נבחרות</w:t>
      </w:r>
    </w:p>
    <w:p w:rsidR="00666540" w:rsidRPr="00AE5F2A" w:rsidRDefault="004874BD" w:rsidP="006E4516">
      <w:pPr>
        <w:bidi/>
        <w:spacing w:line="240" w:lineRule="auto"/>
        <w:rPr>
          <w:rFonts w:asciiTheme="minorBidi" w:hAnsiTheme="minorBidi"/>
          <w:rtl/>
          <w:lang w:bidi="he-IL"/>
        </w:rPr>
      </w:pPr>
      <w:r w:rsidRPr="00AE5F2A">
        <w:rPr>
          <w:rFonts w:asciiTheme="minorBidi" w:hAnsiTheme="minorBidi"/>
        </w:rPr>
        <w:t>Under</w:t>
      </w:r>
      <w:r w:rsidR="006E4516">
        <w:rPr>
          <w:rFonts w:asciiTheme="minorBidi" w:hAnsiTheme="minorBidi"/>
          <w:lang w:bidi="he-IL"/>
        </w:rPr>
        <w:t>-S</w:t>
      </w:r>
      <w:r w:rsidR="00AB74A6">
        <w:rPr>
          <w:rFonts w:asciiTheme="minorBidi" w:hAnsiTheme="minorBidi"/>
          <w:lang w:bidi="he-IL"/>
        </w:rPr>
        <w:t>tanding</w:t>
      </w:r>
      <w:r w:rsidRPr="00AE5F2A">
        <w:rPr>
          <w:rFonts w:asciiTheme="minorBidi" w:hAnsiTheme="minorBidi"/>
        </w:rPr>
        <w:t xml:space="preserve"> (2026</w:t>
      </w:r>
      <w:r w:rsidR="00AB74A6">
        <w:rPr>
          <w:rFonts w:asciiTheme="minorBidi" w:hAnsiTheme="minorBidi"/>
        </w:rPr>
        <w:t>)</w:t>
      </w:r>
      <w:r w:rsidRPr="00AE5F2A">
        <w:rPr>
          <w:rFonts w:asciiTheme="minorBidi" w:hAnsiTheme="minorBidi"/>
        </w:rPr>
        <w:br/>
      </w:r>
      <w:r w:rsidR="006E4516">
        <w:rPr>
          <w:rFonts w:asciiTheme="minorBidi" w:hAnsiTheme="minorBidi" w:hint="cs"/>
          <w:rtl/>
          <w:lang w:bidi="he-IL"/>
        </w:rPr>
        <w:t xml:space="preserve"> </w:t>
      </w:r>
      <w:r w:rsidRPr="00AE5F2A">
        <w:rPr>
          <w:rFonts w:asciiTheme="minorBidi" w:hAnsiTheme="minorBidi"/>
          <w:rtl/>
          <w:lang w:bidi="he-IL"/>
        </w:rPr>
        <w:t>הלך</w:t>
      </w:r>
      <w:r w:rsidRPr="00AE5F2A">
        <w:rPr>
          <w:rFonts w:asciiTheme="minorBidi" w:hAnsiTheme="minorBidi"/>
        </w:rPr>
        <w:t xml:space="preserve"> </w:t>
      </w:r>
      <w:r w:rsidRPr="00AE5F2A">
        <w:rPr>
          <w:rFonts w:asciiTheme="minorBidi" w:hAnsiTheme="minorBidi"/>
          <w:rtl/>
          <w:lang w:bidi="he-IL"/>
        </w:rPr>
        <w:t>רוח</w:t>
      </w:r>
      <w:r w:rsidRPr="00AE5F2A">
        <w:rPr>
          <w:rFonts w:asciiTheme="minorBidi" w:hAnsiTheme="minorBidi"/>
        </w:rPr>
        <w:t xml:space="preserve"> (2024–2025)</w:t>
      </w:r>
      <w:r w:rsidRPr="00AE5F2A">
        <w:rPr>
          <w:rFonts w:asciiTheme="minorBidi" w:hAnsiTheme="minorBidi"/>
        </w:rPr>
        <w:br/>
        <w:t xml:space="preserve"> </w:t>
      </w:r>
      <w:r w:rsidRPr="00AE5F2A">
        <w:rPr>
          <w:rFonts w:asciiTheme="minorBidi" w:hAnsiTheme="minorBidi"/>
          <w:rtl/>
          <w:lang w:bidi="he-IL"/>
        </w:rPr>
        <w:t>האוטובוס</w:t>
      </w:r>
      <w:r w:rsidRPr="00AE5F2A">
        <w:rPr>
          <w:rFonts w:asciiTheme="minorBidi" w:hAnsiTheme="minorBidi"/>
        </w:rPr>
        <w:t xml:space="preserve"> </w:t>
      </w:r>
      <w:r w:rsidRPr="00AE5F2A">
        <w:rPr>
          <w:rFonts w:asciiTheme="minorBidi" w:hAnsiTheme="minorBidi"/>
          <w:rtl/>
          <w:lang w:bidi="he-IL"/>
        </w:rPr>
        <w:t>יגיע</w:t>
      </w:r>
      <w:r w:rsidRPr="00AE5F2A">
        <w:rPr>
          <w:rFonts w:asciiTheme="minorBidi" w:hAnsiTheme="minorBidi"/>
        </w:rPr>
        <w:t xml:space="preserve"> </w:t>
      </w:r>
      <w:r w:rsidRPr="00AE5F2A">
        <w:rPr>
          <w:rFonts w:asciiTheme="minorBidi" w:hAnsiTheme="minorBidi"/>
          <w:rtl/>
          <w:lang w:bidi="he-IL"/>
        </w:rPr>
        <w:t>בעוד</w:t>
      </w:r>
      <w:r w:rsidRPr="00AE5F2A">
        <w:rPr>
          <w:rFonts w:asciiTheme="minorBidi" w:hAnsiTheme="minorBidi"/>
        </w:rPr>
        <w:t xml:space="preserve"> 10 </w:t>
      </w:r>
      <w:r w:rsidRPr="00AE5F2A">
        <w:rPr>
          <w:rFonts w:asciiTheme="minorBidi" w:hAnsiTheme="minorBidi"/>
          <w:rtl/>
          <w:lang w:bidi="he-IL"/>
        </w:rPr>
        <w:t>דקות</w:t>
      </w:r>
      <w:r w:rsidRPr="00AE5F2A">
        <w:rPr>
          <w:rFonts w:asciiTheme="minorBidi" w:hAnsiTheme="minorBidi"/>
        </w:rPr>
        <w:t xml:space="preserve"> (2022–2024)</w:t>
      </w:r>
      <w:r w:rsidRPr="00AE5F2A">
        <w:rPr>
          <w:rFonts w:asciiTheme="minorBidi" w:hAnsiTheme="minorBidi"/>
        </w:rPr>
        <w:br/>
      </w:r>
      <w:r w:rsidR="006E4516">
        <w:rPr>
          <w:rFonts w:asciiTheme="minorBidi" w:hAnsiTheme="minorBidi" w:hint="cs"/>
          <w:rtl/>
          <w:lang w:bidi="he-IL"/>
        </w:rPr>
        <w:t xml:space="preserve"> </w:t>
      </w:r>
      <w:r w:rsidRPr="00AE5F2A">
        <w:rPr>
          <w:rFonts w:asciiTheme="minorBidi" w:hAnsiTheme="minorBidi"/>
        </w:rPr>
        <w:t xml:space="preserve"> </w:t>
      </w:r>
      <w:r w:rsidRPr="00AE5F2A">
        <w:rPr>
          <w:rFonts w:asciiTheme="minorBidi" w:hAnsiTheme="minorBidi"/>
          <w:rtl/>
          <w:lang w:bidi="he-IL"/>
        </w:rPr>
        <w:t>מקום</w:t>
      </w:r>
      <w:r w:rsidRPr="00AE5F2A">
        <w:rPr>
          <w:rFonts w:asciiTheme="minorBidi" w:hAnsiTheme="minorBidi"/>
        </w:rPr>
        <w:t xml:space="preserve"> </w:t>
      </w:r>
      <w:r w:rsidRPr="00AE5F2A">
        <w:rPr>
          <w:rFonts w:asciiTheme="minorBidi" w:hAnsiTheme="minorBidi"/>
          <w:rtl/>
          <w:lang w:bidi="he-IL"/>
        </w:rPr>
        <w:t>לחכות</w:t>
      </w:r>
      <w:r w:rsidRPr="00AE5F2A">
        <w:rPr>
          <w:rFonts w:asciiTheme="minorBidi" w:hAnsiTheme="minorBidi"/>
        </w:rPr>
        <w:br/>
      </w:r>
      <w:r w:rsidR="006E4516">
        <w:rPr>
          <w:rFonts w:asciiTheme="minorBidi" w:hAnsiTheme="minorBidi" w:hint="cs"/>
          <w:rtl/>
          <w:lang w:bidi="he-IL"/>
        </w:rPr>
        <w:t xml:space="preserve"> </w:t>
      </w:r>
      <w:r w:rsidRPr="00AE5F2A">
        <w:rPr>
          <w:rFonts w:asciiTheme="minorBidi" w:hAnsiTheme="minorBidi"/>
        </w:rPr>
        <w:t xml:space="preserve"> </w:t>
      </w:r>
      <w:r w:rsidRPr="00AE5F2A">
        <w:rPr>
          <w:rFonts w:asciiTheme="minorBidi" w:hAnsiTheme="minorBidi"/>
          <w:rtl/>
          <w:lang w:bidi="he-IL"/>
        </w:rPr>
        <w:t>פאסיב־אגרסיב</w:t>
      </w:r>
      <w:r w:rsidRPr="00AE5F2A">
        <w:rPr>
          <w:rFonts w:asciiTheme="minorBidi" w:hAnsiTheme="minorBidi"/>
        </w:rPr>
        <w:br/>
      </w:r>
      <w:r w:rsidR="006E4516">
        <w:rPr>
          <w:rFonts w:asciiTheme="minorBidi" w:hAnsiTheme="minorBidi" w:hint="cs"/>
          <w:rtl/>
          <w:lang w:bidi="he-IL"/>
        </w:rPr>
        <w:t xml:space="preserve"> </w:t>
      </w:r>
      <w:r w:rsidRPr="00AE5F2A">
        <w:rPr>
          <w:rFonts w:asciiTheme="minorBidi" w:hAnsiTheme="minorBidi"/>
        </w:rPr>
        <w:t xml:space="preserve"> </w:t>
      </w:r>
      <w:r w:rsidRPr="00AE5F2A">
        <w:rPr>
          <w:rFonts w:asciiTheme="minorBidi" w:hAnsiTheme="minorBidi"/>
          <w:rtl/>
          <w:lang w:bidi="he-IL"/>
        </w:rPr>
        <w:t>על</w:t>
      </w:r>
      <w:r w:rsidRPr="00AE5F2A">
        <w:rPr>
          <w:rFonts w:asciiTheme="minorBidi" w:hAnsiTheme="minorBidi"/>
        </w:rPr>
        <w:t xml:space="preserve"> </w:t>
      </w:r>
      <w:r w:rsidRPr="00AE5F2A">
        <w:rPr>
          <w:rFonts w:asciiTheme="minorBidi" w:hAnsiTheme="minorBidi"/>
          <w:rtl/>
          <w:lang w:bidi="he-IL"/>
        </w:rPr>
        <w:t>שפת</w:t>
      </w:r>
      <w:r w:rsidRPr="00AE5F2A">
        <w:rPr>
          <w:rFonts w:asciiTheme="minorBidi" w:hAnsiTheme="minorBidi"/>
        </w:rPr>
        <w:t xml:space="preserve"> </w:t>
      </w:r>
      <w:r w:rsidRPr="00AE5F2A">
        <w:rPr>
          <w:rFonts w:asciiTheme="minorBidi" w:hAnsiTheme="minorBidi"/>
          <w:rtl/>
          <w:lang w:bidi="he-IL"/>
        </w:rPr>
        <w:t>אישה</w:t>
      </w:r>
      <w:r w:rsidRPr="00AE5F2A">
        <w:rPr>
          <w:rFonts w:asciiTheme="minorBidi" w:hAnsiTheme="minorBidi"/>
        </w:rPr>
        <w:br/>
      </w:r>
      <w:r w:rsidR="006E4516">
        <w:rPr>
          <w:rFonts w:asciiTheme="minorBidi" w:hAnsiTheme="minorBidi" w:hint="cs"/>
          <w:rtl/>
          <w:lang w:bidi="he-IL"/>
        </w:rPr>
        <w:t xml:space="preserve"> </w:t>
      </w:r>
      <w:r w:rsidRPr="00AE5F2A">
        <w:rPr>
          <w:rFonts w:asciiTheme="minorBidi" w:hAnsiTheme="minorBidi"/>
        </w:rPr>
        <w:t xml:space="preserve"> </w:t>
      </w:r>
      <w:r w:rsidRPr="00AE5F2A">
        <w:rPr>
          <w:rFonts w:asciiTheme="minorBidi" w:hAnsiTheme="minorBidi"/>
          <w:rtl/>
          <w:lang w:bidi="he-IL"/>
        </w:rPr>
        <w:t>חיה</w:t>
      </w:r>
      <w:r w:rsidRPr="00AE5F2A">
        <w:rPr>
          <w:rFonts w:asciiTheme="minorBidi" w:hAnsiTheme="minorBidi"/>
        </w:rPr>
        <w:t xml:space="preserve"> </w:t>
      </w:r>
      <w:r w:rsidRPr="00AE5F2A">
        <w:rPr>
          <w:rFonts w:asciiTheme="minorBidi" w:hAnsiTheme="minorBidi"/>
          <w:rtl/>
          <w:lang w:bidi="he-IL"/>
        </w:rPr>
        <w:t>בבית</w:t>
      </w:r>
    </w:p>
    <w:p w:rsidR="00666540" w:rsidRPr="00AE5F2A" w:rsidRDefault="004874BD" w:rsidP="00AB74A6">
      <w:pPr>
        <w:bidi/>
        <w:spacing w:line="240" w:lineRule="auto"/>
        <w:rPr>
          <w:rFonts w:asciiTheme="minorBidi" w:hAnsiTheme="minorBidi"/>
        </w:rPr>
      </w:pPr>
      <w:r w:rsidRPr="00AE5F2A">
        <w:rPr>
          <w:rFonts w:asciiTheme="minorBidi" w:hAnsiTheme="minorBidi"/>
          <w:b/>
          <w:bCs/>
          <w:sz w:val="28"/>
          <w:szCs w:val="28"/>
          <w:rtl/>
          <w:lang w:bidi="he-IL"/>
        </w:rPr>
        <w:t>אוצרות</w:t>
      </w:r>
      <w:r w:rsidRPr="00AE5F2A">
        <w:rPr>
          <w:rFonts w:asciiTheme="minorBidi" w:hAnsiTheme="minorBidi"/>
          <w:b/>
          <w:sz w:val="28"/>
        </w:rPr>
        <w:t xml:space="preserve">, </w:t>
      </w:r>
      <w:r w:rsidRPr="00AE5F2A">
        <w:rPr>
          <w:rFonts w:asciiTheme="minorBidi" w:hAnsiTheme="minorBidi"/>
          <w:b/>
          <w:bCs/>
          <w:sz w:val="28"/>
          <w:szCs w:val="28"/>
          <w:rtl/>
          <w:lang w:bidi="he-IL"/>
        </w:rPr>
        <w:t>יזמות</w:t>
      </w:r>
      <w:r w:rsidRPr="00AE5F2A">
        <w:rPr>
          <w:rFonts w:asciiTheme="minorBidi" w:hAnsiTheme="minorBidi"/>
          <w:b/>
          <w:sz w:val="28"/>
        </w:rPr>
        <w:t xml:space="preserve"> </w:t>
      </w:r>
      <w:r w:rsidRPr="00AE5F2A">
        <w:rPr>
          <w:rFonts w:asciiTheme="minorBidi" w:hAnsiTheme="minorBidi"/>
          <w:b/>
          <w:bCs/>
          <w:sz w:val="28"/>
          <w:szCs w:val="28"/>
          <w:rtl/>
          <w:lang w:bidi="he-IL"/>
        </w:rPr>
        <w:t>וניהול</w:t>
      </w:r>
      <w:r w:rsidRPr="00AE5F2A">
        <w:rPr>
          <w:rFonts w:asciiTheme="minorBidi" w:hAnsiTheme="minorBidi"/>
          <w:b/>
          <w:sz w:val="28"/>
        </w:rPr>
        <w:t xml:space="preserve"> </w:t>
      </w:r>
      <w:r w:rsidRPr="00AE5F2A">
        <w:rPr>
          <w:rFonts w:asciiTheme="minorBidi" w:hAnsiTheme="minorBidi"/>
          <w:b/>
          <w:bCs/>
          <w:sz w:val="28"/>
          <w:szCs w:val="28"/>
          <w:rtl/>
          <w:lang w:bidi="he-IL"/>
        </w:rPr>
        <w:t>אמנותי</w:t>
      </w:r>
    </w:p>
    <w:p w:rsidR="00666540" w:rsidRPr="00AE5F2A" w:rsidRDefault="006E4516" w:rsidP="006E4516">
      <w:pPr>
        <w:bidi/>
        <w:spacing w:line="240" w:lineRule="auto"/>
        <w:rPr>
          <w:rFonts w:asciiTheme="minorBidi" w:hAnsiTheme="minorBidi"/>
        </w:rPr>
      </w:pPr>
      <w:r>
        <w:rPr>
          <w:rFonts w:asciiTheme="minorBidi" w:hAnsiTheme="minorBidi" w:hint="cs"/>
          <w:rtl/>
          <w:lang w:bidi="he-IL"/>
        </w:rPr>
        <w:t xml:space="preserve"> </w:t>
      </w:r>
      <w:r w:rsidR="004874BD" w:rsidRPr="00AE5F2A">
        <w:rPr>
          <w:rFonts w:asciiTheme="minorBidi" w:hAnsiTheme="minorBidi"/>
        </w:rPr>
        <w:t xml:space="preserve"> </w:t>
      </w:r>
      <w:r w:rsidR="004874BD" w:rsidRPr="00AE5F2A">
        <w:rPr>
          <w:rFonts w:asciiTheme="minorBidi" w:hAnsiTheme="minorBidi"/>
          <w:rtl/>
          <w:lang w:bidi="he-IL"/>
        </w:rPr>
        <w:t>מייסדת</w:t>
      </w:r>
      <w:r w:rsidR="004874BD" w:rsidRPr="00AE5F2A">
        <w:rPr>
          <w:rFonts w:asciiTheme="minorBidi" w:hAnsiTheme="minorBidi"/>
        </w:rPr>
        <w:t xml:space="preserve"> </w:t>
      </w:r>
      <w:r w:rsidR="004874BD" w:rsidRPr="00AE5F2A">
        <w:rPr>
          <w:rFonts w:asciiTheme="minorBidi" w:hAnsiTheme="minorBidi"/>
          <w:rtl/>
          <w:lang w:bidi="he-IL"/>
        </w:rPr>
        <w:t>ומנהלת</w:t>
      </w:r>
      <w:r w:rsidR="004874BD" w:rsidRPr="00AE5F2A">
        <w:rPr>
          <w:rFonts w:asciiTheme="minorBidi" w:hAnsiTheme="minorBidi"/>
        </w:rPr>
        <w:t xml:space="preserve"> </w:t>
      </w:r>
      <w:r w:rsidR="004874BD" w:rsidRPr="00AE5F2A">
        <w:rPr>
          <w:rFonts w:asciiTheme="minorBidi" w:hAnsiTheme="minorBidi"/>
          <w:rtl/>
          <w:lang w:bidi="he-IL"/>
        </w:rPr>
        <w:t>אמנותית</w:t>
      </w:r>
      <w:r w:rsidR="004874BD" w:rsidRPr="00AE5F2A">
        <w:rPr>
          <w:rFonts w:asciiTheme="minorBidi" w:hAnsiTheme="minorBidi"/>
        </w:rPr>
        <w:t xml:space="preserve"> </w:t>
      </w:r>
      <w:r w:rsidR="004874BD" w:rsidRPr="00AE5F2A">
        <w:rPr>
          <w:rFonts w:asciiTheme="minorBidi" w:hAnsiTheme="minorBidi"/>
          <w:rtl/>
          <w:lang w:bidi="he-IL"/>
        </w:rPr>
        <w:t>של</w:t>
      </w:r>
      <w:r w:rsidR="004874BD" w:rsidRPr="00AE5F2A">
        <w:rPr>
          <w:rFonts w:asciiTheme="minorBidi" w:hAnsiTheme="minorBidi"/>
        </w:rPr>
        <w:t xml:space="preserve"> </w:t>
      </w:r>
      <w:r w:rsidR="004874BD" w:rsidRPr="00AE5F2A">
        <w:rPr>
          <w:rFonts w:asciiTheme="minorBidi" w:hAnsiTheme="minorBidi"/>
          <w:rtl/>
          <w:lang w:bidi="he-IL"/>
        </w:rPr>
        <w:t>פסטיבלי</w:t>
      </w:r>
      <w:r w:rsidR="004874BD" w:rsidRPr="00AE5F2A">
        <w:rPr>
          <w:rFonts w:asciiTheme="minorBidi" w:hAnsiTheme="minorBidi"/>
        </w:rPr>
        <w:t xml:space="preserve"> </w:t>
      </w:r>
      <w:r w:rsidR="004874BD" w:rsidRPr="00AE5F2A">
        <w:rPr>
          <w:rFonts w:asciiTheme="minorBidi" w:hAnsiTheme="minorBidi"/>
          <w:rtl/>
          <w:lang w:bidi="he-IL"/>
        </w:rPr>
        <w:t>ארטתור</w:t>
      </w:r>
      <w:r w:rsidR="004874BD" w:rsidRPr="00AE5F2A">
        <w:rPr>
          <w:rFonts w:asciiTheme="minorBidi" w:hAnsiTheme="minorBidi"/>
        </w:rPr>
        <w:t xml:space="preserve"> (2021–2024).</w:t>
      </w:r>
      <w:r w:rsidR="004874BD" w:rsidRPr="00AE5F2A">
        <w:rPr>
          <w:rFonts w:asciiTheme="minorBidi" w:hAnsiTheme="minorBidi"/>
        </w:rPr>
        <w:br/>
      </w:r>
      <w:r>
        <w:rPr>
          <w:rFonts w:asciiTheme="minorBidi" w:hAnsiTheme="minorBidi" w:hint="cs"/>
          <w:rtl/>
          <w:lang w:bidi="he-IL"/>
        </w:rPr>
        <w:t xml:space="preserve"> </w:t>
      </w:r>
      <w:r w:rsidR="004874BD" w:rsidRPr="00AE5F2A">
        <w:rPr>
          <w:rFonts w:asciiTheme="minorBidi" w:hAnsiTheme="minorBidi"/>
        </w:rPr>
        <w:t xml:space="preserve"> </w:t>
      </w:r>
      <w:r w:rsidR="004874BD" w:rsidRPr="00AE5F2A">
        <w:rPr>
          <w:rFonts w:asciiTheme="minorBidi" w:hAnsiTheme="minorBidi"/>
          <w:rtl/>
          <w:lang w:bidi="he-IL"/>
        </w:rPr>
        <w:t>יוזמת</w:t>
      </w:r>
      <w:r w:rsidR="004874BD" w:rsidRPr="00AE5F2A">
        <w:rPr>
          <w:rFonts w:asciiTheme="minorBidi" w:hAnsiTheme="minorBidi"/>
        </w:rPr>
        <w:t xml:space="preserve"> </w:t>
      </w:r>
      <w:r w:rsidR="004874BD" w:rsidRPr="00AE5F2A">
        <w:rPr>
          <w:rFonts w:asciiTheme="minorBidi" w:hAnsiTheme="minorBidi"/>
          <w:rtl/>
          <w:lang w:bidi="he-IL"/>
        </w:rPr>
        <w:t>ומובילה</w:t>
      </w:r>
      <w:r w:rsidR="004874BD" w:rsidRPr="00AE5F2A">
        <w:rPr>
          <w:rFonts w:asciiTheme="minorBidi" w:hAnsiTheme="minorBidi"/>
        </w:rPr>
        <w:t xml:space="preserve"> </w:t>
      </w:r>
      <w:r w:rsidR="004874BD" w:rsidRPr="00AE5F2A">
        <w:rPr>
          <w:rFonts w:asciiTheme="minorBidi" w:hAnsiTheme="minorBidi"/>
          <w:rtl/>
          <w:lang w:bidi="he-IL"/>
        </w:rPr>
        <w:t>פרויקטים</w:t>
      </w:r>
      <w:r w:rsidR="004874BD" w:rsidRPr="00AE5F2A">
        <w:rPr>
          <w:rFonts w:asciiTheme="minorBidi" w:hAnsiTheme="minorBidi"/>
        </w:rPr>
        <w:t xml:space="preserve"> </w:t>
      </w:r>
      <w:r w:rsidR="004874BD" w:rsidRPr="00AE5F2A">
        <w:rPr>
          <w:rFonts w:asciiTheme="minorBidi" w:hAnsiTheme="minorBidi"/>
          <w:rtl/>
          <w:lang w:bidi="he-IL"/>
        </w:rPr>
        <w:t>אמנותיים</w:t>
      </w:r>
      <w:r w:rsidR="004874BD" w:rsidRPr="00AE5F2A">
        <w:rPr>
          <w:rFonts w:asciiTheme="minorBidi" w:hAnsiTheme="minorBidi"/>
        </w:rPr>
        <w:t xml:space="preserve"> </w:t>
      </w:r>
      <w:r w:rsidR="004874BD" w:rsidRPr="00AE5F2A">
        <w:rPr>
          <w:rFonts w:asciiTheme="minorBidi" w:hAnsiTheme="minorBidi"/>
          <w:rtl/>
          <w:lang w:bidi="he-IL"/>
        </w:rPr>
        <w:t>קהילתיים</w:t>
      </w:r>
      <w:r w:rsidR="004874BD" w:rsidRPr="00AE5F2A">
        <w:rPr>
          <w:rFonts w:asciiTheme="minorBidi" w:hAnsiTheme="minorBidi"/>
        </w:rPr>
        <w:t xml:space="preserve"> </w:t>
      </w:r>
      <w:r w:rsidR="004874BD" w:rsidRPr="00AE5F2A">
        <w:rPr>
          <w:rFonts w:asciiTheme="minorBidi" w:hAnsiTheme="minorBidi"/>
          <w:rtl/>
          <w:lang w:bidi="he-IL"/>
        </w:rPr>
        <w:t>במרחב</w:t>
      </w:r>
      <w:r w:rsidR="004874BD" w:rsidRPr="00AE5F2A">
        <w:rPr>
          <w:rFonts w:asciiTheme="minorBidi" w:hAnsiTheme="minorBidi"/>
        </w:rPr>
        <w:t xml:space="preserve"> </w:t>
      </w:r>
      <w:r w:rsidR="004874BD" w:rsidRPr="00AE5F2A">
        <w:rPr>
          <w:rFonts w:asciiTheme="minorBidi" w:hAnsiTheme="minorBidi"/>
          <w:rtl/>
          <w:lang w:bidi="he-IL"/>
        </w:rPr>
        <w:t>הציבורי</w:t>
      </w:r>
      <w:r w:rsidR="004874BD" w:rsidRPr="00AE5F2A">
        <w:rPr>
          <w:rFonts w:asciiTheme="minorBidi" w:hAnsiTheme="minorBidi"/>
        </w:rPr>
        <w:t>.</w:t>
      </w:r>
      <w:r w:rsidR="004874BD" w:rsidRPr="00AE5F2A">
        <w:rPr>
          <w:rFonts w:asciiTheme="minorBidi" w:hAnsiTheme="minorBidi"/>
        </w:rPr>
        <w:br/>
      </w:r>
      <w:r>
        <w:rPr>
          <w:rFonts w:asciiTheme="minorBidi" w:hAnsiTheme="minorBidi" w:hint="cs"/>
          <w:rtl/>
          <w:lang w:bidi="he-IL"/>
        </w:rPr>
        <w:t xml:space="preserve"> </w:t>
      </w:r>
      <w:r w:rsidR="004874BD" w:rsidRPr="00AE5F2A">
        <w:rPr>
          <w:rFonts w:asciiTheme="minorBidi" w:hAnsiTheme="minorBidi"/>
        </w:rPr>
        <w:t xml:space="preserve"> </w:t>
      </w:r>
      <w:r w:rsidR="004874BD" w:rsidRPr="00AE5F2A">
        <w:rPr>
          <w:rFonts w:asciiTheme="minorBidi" w:hAnsiTheme="minorBidi"/>
          <w:rtl/>
          <w:lang w:bidi="he-IL"/>
        </w:rPr>
        <w:t>שותפה</w:t>
      </w:r>
      <w:r w:rsidR="004874BD" w:rsidRPr="00AE5F2A">
        <w:rPr>
          <w:rFonts w:asciiTheme="minorBidi" w:hAnsiTheme="minorBidi"/>
        </w:rPr>
        <w:t xml:space="preserve"> </w:t>
      </w:r>
      <w:r w:rsidR="004874BD" w:rsidRPr="00AE5F2A">
        <w:rPr>
          <w:rFonts w:asciiTheme="minorBidi" w:hAnsiTheme="minorBidi"/>
          <w:rtl/>
          <w:lang w:bidi="he-IL"/>
        </w:rPr>
        <w:t>ליצירת</w:t>
      </w:r>
      <w:r w:rsidR="004874BD" w:rsidRPr="00AE5F2A">
        <w:rPr>
          <w:rFonts w:asciiTheme="minorBidi" w:hAnsiTheme="minorBidi"/>
        </w:rPr>
        <w:t xml:space="preserve"> </w:t>
      </w:r>
      <w:bookmarkStart w:id="0" w:name="_GoBack"/>
      <w:r w:rsidR="004874BD" w:rsidRPr="00AE5F2A">
        <w:rPr>
          <w:rFonts w:asciiTheme="minorBidi" w:hAnsiTheme="minorBidi"/>
        </w:rPr>
        <w:t>ART.SYNC</w:t>
      </w:r>
      <w:bookmarkEnd w:id="0"/>
      <w:r w:rsidR="004874BD" w:rsidRPr="00AE5F2A">
        <w:rPr>
          <w:rFonts w:asciiTheme="minorBidi" w:hAnsiTheme="minorBidi"/>
        </w:rPr>
        <w:t xml:space="preserve"> – </w:t>
      </w:r>
      <w:r w:rsidR="004874BD" w:rsidRPr="00AE5F2A">
        <w:rPr>
          <w:rFonts w:asciiTheme="minorBidi" w:hAnsiTheme="minorBidi"/>
          <w:rtl/>
          <w:lang w:bidi="he-IL"/>
        </w:rPr>
        <w:t>מיזם</w:t>
      </w:r>
      <w:r w:rsidR="004874BD" w:rsidRPr="00AE5F2A">
        <w:rPr>
          <w:rFonts w:asciiTheme="minorBidi" w:hAnsiTheme="minorBidi"/>
        </w:rPr>
        <w:t xml:space="preserve"> </w:t>
      </w:r>
      <w:r w:rsidR="004874BD" w:rsidRPr="00AE5F2A">
        <w:rPr>
          <w:rFonts w:asciiTheme="minorBidi" w:hAnsiTheme="minorBidi"/>
          <w:rtl/>
          <w:lang w:bidi="he-IL"/>
        </w:rPr>
        <w:t>אמנות</w:t>
      </w:r>
      <w:r w:rsidR="004874BD" w:rsidRPr="00AE5F2A">
        <w:rPr>
          <w:rFonts w:asciiTheme="minorBidi" w:hAnsiTheme="minorBidi"/>
        </w:rPr>
        <w:t xml:space="preserve"> </w:t>
      </w:r>
      <w:r w:rsidR="004874BD" w:rsidRPr="00AE5F2A">
        <w:rPr>
          <w:rFonts w:asciiTheme="minorBidi" w:hAnsiTheme="minorBidi"/>
          <w:rtl/>
          <w:lang w:bidi="he-IL"/>
        </w:rPr>
        <w:t>בין־תחומי</w:t>
      </w:r>
      <w:r w:rsidR="004874BD" w:rsidRPr="00AE5F2A">
        <w:rPr>
          <w:rFonts w:asciiTheme="minorBidi" w:hAnsiTheme="minorBidi"/>
        </w:rPr>
        <w:t xml:space="preserve"> </w:t>
      </w:r>
      <w:r w:rsidR="004874BD" w:rsidRPr="00AE5F2A">
        <w:rPr>
          <w:rFonts w:asciiTheme="minorBidi" w:hAnsiTheme="minorBidi"/>
          <w:rtl/>
          <w:lang w:bidi="he-IL"/>
        </w:rPr>
        <w:t>בשיתוף</w:t>
      </w:r>
      <w:r w:rsidR="004874BD" w:rsidRPr="00AE5F2A">
        <w:rPr>
          <w:rFonts w:asciiTheme="minorBidi" w:hAnsiTheme="minorBidi"/>
        </w:rPr>
        <w:t xml:space="preserve"> </w:t>
      </w:r>
      <w:r w:rsidR="004874BD" w:rsidRPr="00AE5F2A">
        <w:rPr>
          <w:rFonts w:asciiTheme="minorBidi" w:hAnsiTheme="minorBidi"/>
          <w:rtl/>
          <w:lang w:bidi="he-IL"/>
        </w:rPr>
        <w:t>מוזיאון</w:t>
      </w:r>
      <w:r w:rsidR="004874BD" w:rsidRPr="00AE5F2A">
        <w:rPr>
          <w:rFonts w:asciiTheme="minorBidi" w:hAnsiTheme="minorBidi"/>
        </w:rPr>
        <w:t xml:space="preserve"> </w:t>
      </w:r>
      <w:r w:rsidR="004874BD" w:rsidRPr="00AE5F2A">
        <w:rPr>
          <w:rFonts w:asciiTheme="minorBidi" w:hAnsiTheme="minorBidi"/>
          <w:rtl/>
          <w:lang w:bidi="he-IL"/>
        </w:rPr>
        <w:t>הנגב</w:t>
      </w:r>
      <w:r w:rsidR="004874BD" w:rsidRPr="00AE5F2A">
        <w:rPr>
          <w:rFonts w:asciiTheme="minorBidi" w:hAnsiTheme="minorBidi"/>
        </w:rPr>
        <w:t xml:space="preserve"> </w:t>
      </w:r>
      <w:r w:rsidR="004874BD" w:rsidRPr="00AE5F2A">
        <w:rPr>
          <w:rFonts w:asciiTheme="minorBidi" w:hAnsiTheme="minorBidi"/>
          <w:rtl/>
          <w:lang w:bidi="he-IL"/>
        </w:rPr>
        <w:t>לאמנות</w:t>
      </w:r>
      <w:r w:rsidR="004874BD" w:rsidRPr="00AE5F2A">
        <w:rPr>
          <w:rFonts w:asciiTheme="minorBidi" w:hAnsiTheme="minorBidi"/>
        </w:rPr>
        <w:t xml:space="preserve"> </w:t>
      </w:r>
      <w:r w:rsidR="004874BD" w:rsidRPr="00AE5F2A">
        <w:rPr>
          <w:rFonts w:asciiTheme="minorBidi" w:hAnsiTheme="minorBidi"/>
          <w:rtl/>
          <w:lang w:bidi="he-IL"/>
        </w:rPr>
        <w:t>בבאר</w:t>
      </w:r>
      <w:r w:rsidR="004874BD" w:rsidRPr="00AE5F2A">
        <w:rPr>
          <w:rFonts w:asciiTheme="minorBidi" w:hAnsiTheme="minorBidi"/>
        </w:rPr>
        <w:t xml:space="preserve"> </w:t>
      </w:r>
      <w:r w:rsidR="004874BD" w:rsidRPr="00AE5F2A">
        <w:rPr>
          <w:rFonts w:asciiTheme="minorBidi" w:hAnsiTheme="minorBidi"/>
          <w:rtl/>
          <w:lang w:bidi="he-IL"/>
        </w:rPr>
        <w:t>שבע</w:t>
      </w:r>
      <w:r w:rsidR="004874BD" w:rsidRPr="00AE5F2A">
        <w:rPr>
          <w:rFonts w:asciiTheme="minorBidi" w:hAnsiTheme="minorBidi"/>
        </w:rPr>
        <w:t>.</w:t>
      </w:r>
    </w:p>
    <w:p w:rsidR="00666540" w:rsidRPr="00AE5F2A" w:rsidRDefault="004874BD" w:rsidP="00AB74A6">
      <w:pPr>
        <w:bidi/>
        <w:spacing w:line="240" w:lineRule="auto"/>
        <w:rPr>
          <w:rFonts w:asciiTheme="minorBidi" w:hAnsiTheme="minorBidi"/>
        </w:rPr>
      </w:pPr>
      <w:r w:rsidRPr="00AE5F2A">
        <w:rPr>
          <w:rFonts w:asciiTheme="minorBidi" w:hAnsiTheme="minorBidi"/>
          <w:b/>
          <w:bCs/>
          <w:sz w:val="28"/>
          <w:szCs w:val="28"/>
          <w:rtl/>
          <w:lang w:bidi="he-IL"/>
        </w:rPr>
        <w:t>פסטיבלים</w:t>
      </w:r>
      <w:r w:rsidRPr="00AE5F2A">
        <w:rPr>
          <w:rFonts w:asciiTheme="minorBidi" w:hAnsiTheme="minorBidi"/>
          <w:b/>
          <w:sz w:val="28"/>
        </w:rPr>
        <w:t xml:space="preserve"> </w:t>
      </w:r>
      <w:r w:rsidRPr="00AE5F2A">
        <w:rPr>
          <w:rFonts w:asciiTheme="minorBidi" w:hAnsiTheme="minorBidi"/>
          <w:b/>
          <w:bCs/>
          <w:sz w:val="28"/>
          <w:szCs w:val="28"/>
          <w:rtl/>
          <w:lang w:bidi="he-IL"/>
        </w:rPr>
        <w:t>ופעילות</w:t>
      </w:r>
      <w:r w:rsidRPr="00AE5F2A">
        <w:rPr>
          <w:rFonts w:asciiTheme="minorBidi" w:hAnsiTheme="minorBidi"/>
          <w:b/>
          <w:sz w:val="28"/>
        </w:rPr>
        <w:t xml:space="preserve"> </w:t>
      </w:r>
      <w:r w:rsidRPr="00AE5F2A">
        <w:rPr>
          <w:rFonts w:asciiTheme="minorBidi" w:hAnsiTheme="minorBidi"/>
          <w:b/>
          <w:bCs/>
          <w:sz w:val="28"/>
          <w:szCs w:val="28"/>
          <w:rtl/>
          <w:lang w:bidi="he-IL"/>
        </w:rPr>
        <w:t>בינלאומית</w:t>
      </w:r>
    </w:p>
    <w:p w:rsidR="00666540" w:rsidRPr="00AE5F2A" w:rsidRDefault="004874BD" w:rsidP="004874BD">
      <w:pPr>
        <w:bidi/>
        <w:spacing w:line="240" w:lineRule="auto"/>
        <w:rPr>
          <w:rFonts w:asciiTheme="minorBidi" w:hAnsiTheme="minorBidi"/>
        </w:rPr>
      </w:pPr>
      <w:r w:rsidRPr="00AE5F2A">
        <w:rPr>
          <w:rFonts w:asciiTheme="minorBidi" w:hAnsiTheme="minorBidi"/>
          <w:rtl/>
          <w:lang w:bidi="he-IL"/>
        </w:rPr>
        <w:t>עבודותיה</w:t>
      </w:r>
      <w:r w:rsidRPr="00AE5F2A">
        <w:rPr>
          <w:rFonts w:asciiTheme="minorBidi" w:hAnsiTheme="minorBidi"/>
        </w:rPr>
        <w:t xml:space="preserve"> </w:t>
      </w:r>
      <w:r w:rsidRPr="00AE5F2A">
        <w:rPr>
          <w:rFonts w:asciiTheme="minorBidi" w:hAnsiTheme="minorBidi"/>
          <w:rtl/>
          <w:lang w:bidi="he-IL"/>
        </w:rPr>
        <w:t>הוצגו</w:t>
      </w:r>
      <w:r w:rsidRPr="00AE5F2A">
        <w:rPr>
          <w:rFonts w:asciiTheme="minorBidi" w:hAnsiTheme="minorBidi"/>
        </w:rPr>
        <w:t xml:space="preserve"> </w:t>
      </w:r>
      <w:r w:rsidRPr="00AE5F2A">
        <w:rPr>
          <w:rFonts w:asciiTheme="minorBidi" w:hAnsiTheme="minorBidi"/>
          <w:rtl/>
          <w:lang w:bidi="he-IL"/>
        </w:rPr>
        <w:t>בישראל</w:t>
      </w:r>
      <w:r w:rsidRPr="00AE5F2A">
        <w:rPr>
          <w:rFonts w:asciiTheme="minorBidi" w:hAnsiTheme="minorBidi"/>
        </w:rPr>
        <w:t xml:space="preserve">, </w:t>
      </w:r>
      <w:r w:rsidRPr="00AE5F2A">
        <w:rPr>
          <w:rFonts w:asciiTheme="minorBidi" w:hAnsiTheme="minorBidi"/>
          <w:rtl/>
          <w:lang w:bidi="he-IL"/>
        </w:rPr>
        <w:t>בשוודיה</w:t>
      </w:r>
      <w:r w:rsidRPr="00AE5F2A">
        <w:rPr>
          <w:rFonts w:asciiTheme="minorBidi" w:hAnsiTheme="minorBidi"/>
        </w:rPr>
        <w:t xml:space="preserve"> </w:t>
      </w:r>
      <w:r w:rsidRPr="00AE5F2A">
        <w:rPr>
          <w:rFonts w:asciiTheme="minorBidi" w:hAnsiTheme="minorBidi"/>
          <w:rtl/>
          <w:lang w:bidi="he-IL"/>
        </w:rPr>
        <w:t>ובגרמניה</w:t>
      </w:r>
      <w:r w:rsidRPr="00AE5F2A">
        <w:rPr>
          <w:rFonts w:asciiTheme="minorBidi" w:hAnsiTheme="minorBidi"/>
        </w:rPr>
        <w:t xml:space="preserve">, </w:t>
      </w:r>
      <w:r w:rsidRPr="00AE5F2A">
        <w:rPr>
          <w:rFonts w:asciiTheme="minorBidi" w:hAnsiTheme="minorBidi"/>
          <w:rtl/>
          <w:lang w:bidi="he-IL"/>
        </w:rPr>
        <w:t>כולל</w:t>
      </w:r>
      <w:r w:rsidRPr="00AE5F2A">
        <w:rPr>
          <w:rFonts w:asciiTheme="minorBidi" w:hAnsiTheme="minorBidi"/>
        </w:rPr>
        <w:t xml:space="preserve"> </w:t>
      </w:r>
      <w:r w:rsidRPr="00AE5F2A">
        <w:rPr>
          <w:rFonts w:asciiTheme="minorBidi" w:hAnsiTheme="minorBidi"/>
          <w:rtl/>
          <w:lang w:bidi="he-IL"/>
        </w:rPr>
        <w:t>שיתופי</w:t>
      </w:r>
      <w:r w:rsidRPr="00AE5F2A">
        <w:rPr>
          <w:rFonts w:asciiTheme="minorBidi" w:hAnsiTheme="minorBidi"/>
        </w:rPr>
        <w:t xml:space="preserve"> </w:t>
      </w:r>
      <w:r w:rsidRPr="00AE5F2A">
        <w:rPr>
          <w:rFonts w:asciiTheme="minorBidi" w:hAnsiTheme="minorBidi"/>
          <w:rtl/>
          <w:lang w:bidi="he-IL"/>
        </w:rPr>
        <w:t>פעולה</w:t>
      </w:r>
      <w:r w:rsidRPr="00AE5F2A">
        <w:rPr>
          <w:rFonts w:asciiTheme="minorBidi" w:hAnsiTheme="minorBidi"/>
        </w:rPr>
        <w:t xml:space="preserve"> </w:t>
      </w:r>
      <w:r w:rsidRPr="00AE5F2A">
        <w:rPr>
          <w:rFonts w:asciiTheme="minorBidi" w:hAnsiTheme="minorBidi"/>
          <w:rtl/>
          <w:lang w:bidi="he-IL"/>
        </w:rPr>
        <w:t>עם</w:t>
      </w:r>
      <w:r w:rsidRPr="00AE5F2A">
        <w:rPr>
          <w:rFonts w:asciiTheme="minorBidi" w:hAnsiTheme="minorBidi"/>
        </w:rPr>
        <w:t xml:space="preserve"> Gothenburg Opera Dance Company </w:t>
      </w:r>
      <w:r w:rsidRPr="00AE5F2A">
        <w:rPr>
          <w:rFonts w:asciiTheme="minorBidi" w:hAnsiTheme="minorBidi"/>
          <w:rtl/>
          <w:lang w:bidi="he-IL"/>
        </w:rPr>
        <w:t>ו־</w:t>
      </w:r>
      <w:r w:rsidRPr="00AE5F2A">
        <w:rPr>
          <w:rFonts w:asciiTheme="minorBidi" w:hAnsiTheme="minorBidi"/>
        </w:rPr>
        <w:t xml:space="preserve">Chemnitz Ballet. </w:t>
      </w:r>
      <w:r w:rsidRPr="00AE5F2A">
        <w:rPr>
          <w:rFonts w:asciiTheme="minorBidi" w:hAnsiTheme="minorBidi"/>
          <w:rtl/>
          <w:lang w:bidi="he-IL"/>
        </w:rPr>
        <w:t>השתתפה</w:t>
      </w:r>
      <w:r w:rsidRPr="00AE5F2A">
        <w:rPr>
          <w:rFonts w:asciiTheme="minorBidi" w:hAnsiTheme="minorBidi"/>
        </w:rPr>
        <w:t xml:space="preserve"> </w:t>
      </w:r>
      <w:r w:rsidRPr="00AE5F2A">
        <w:rPr>
          <w:rFonts w:asciiTheme="minorBidi" w:hAnsiTheme="minorBidi"/>
          <w:rtl/>
          <w:lang w:bidi="he-IL"/>
        </w:rPr>
        <w:t>בפסטיבל</w:t>
      </w:r>
      <w:r>
        <w:rPr>
          <w:rFonts w:asciiTheme="minorBidi" w:hAnsiTheme="minorBidi" w:hint="cs"/>
          <w:rtl/>
          <w:lang w:bidi="he-IL"/>
        </w:rPr>
        <w:t xml:space="preserve">י מחול </w:t>
      </w:r>
      <w:r w:rsidRPr="00AE5F2A">
        <w:rPr>
          <w:rFonts w:asciiTheme="minorBidi" w:hAnsiTheme="minorBidi"/>
        </w:rPr>
        <w:t xml:space="preserve"> </w:t>
      </w:r>
      <w:r w:rsidRPr="00AE5F2A">
        <w:rPr>
          <w:rFonts w:asciiTheme="minorBidi" w:hAnsiTheme="minorBidi"/>
          <w:rtl/>
          <w:lang w:bidi="he-IL"/>
        </w:rPr>
        <w:t>ובפרויקטים</w:t>
      </w:r>
      <w:r w:rsidRPr="00AE5F2A">
        <w:rPr>
          <w:rFonts w:asciiTheme="minorBidi" w:hAnsiTheme="minorBidi"/>
        </w:rPr>
        <w:t xml:space="preserve"> </w:t>
      </w:r>
      <w:r w:rsidRPr="00AE5F2A">
        <w:rPr>
          <w:rFonts w:asciiTheme="minorBidi" w:hAnsiTheme="minorBidi"/>
          <w:rtl/>
          <w:lang w:bidi="he-IL"/>
        </w:rPr>
        <w:t>אמנותיים</w:t>
      </w:r>
      <w:r w:rsidRPr="00AE5F2A">
        <w:rPr>
          <w:rFonts w:asciiTheme="minorBidi" w:hAnsiTheme="minorBidi"/>
        </w:rPr>
        <w:t xml:space="preserve"> </w:t>
      </w:r>
      <w:r w:rsidRPr="00AE5F2A">
        <w:rPr>
          <w:rFonts w:asciiTheme="minorBidi" w:hAnsiTheme="minorBidi"/>
          <w:rtl/>
          <w:lang w:bidi="he-IL"/>
        </w:rPr>
        <w:t>במוזיאונים</w:t>
      </w:r>
      <w:r w:rsidRPr="00AE5F2A">
        <w:rPr>
          <w:rFonts w:asciiTheme="minorBidi" w:hAnsiTheme="minorBidi"/>
        </w:rPr>
        <w:t xml:space="preserve"> </w:t>
      </w:r>
      <w:r w:rsidRPr="00AE5F2A">
        <w:rPr>
          <w:rFonts w:asciiTheme="minorBidi" w:hAnsiTheme="minorBidi"/>
          <w:rtl/>
          <w:lang w:bidi="he-IL"/>
        </w:rPr>
        <w:t>ובמרחבים</w:t>
      </w:r>
      <w:r w:rsidRPr="00AE5F2A">
        <w:rPr>
          <w:rFonts w:asciiTheme="minorBidi" w:hAnsiTheme="minorBidi"/>
        </w:rPr>
        <w:t xml:space="preserve"> </w:t>
      </w:r>
      <w:r w:rsidRPr="00AE5F2A">
        <w:rPr>
          <w:rFonts w:asciiTheme="minorBidi" w:hAnsiTheme="minorBidi"/>
          <w:rtl/>
          <w:lang w:bidi="he-IL"/>
        </w:rPr>
        <w:t>ציבוריים</w:t>
      </w:r>
      <w:r w:rsidRPr="00AE5F2A">
        <w:rPr>
          <w:rFonts w:asciiTheme="minorBidi" w:hAnsiTheme="minorBidi"/>
        </w:rPr>
        <w:t>.</w:t>
      </w:r>
    </w:p>
    <w:p w:rsidR="00666540" w:rsidRPr="00AE5F2A" w:rsidRDefault="004874BD" w:rsidP="00AB74A6">
      <w:pPr>
        <w:bidi/>
        <w:spacing w:line="240" w:lineRule="auto"/>
        <w:rPr>
          <w:rFonts w:asciiTheme="minorBidi" w:hAnsiTheme="minorBidi"/>
        </w:rPr>
      </w:pPr>
      <w:r w:rsidRPr="00AE5F2A">
        <w:rPr>
          <w:rFonts w:asciiTheme="minorBidi" w:hAnsiTheme="minorBidi"/>
          <w:b/>
          <w:bCs/>
          <w:sz w:val="28"/>
          <w:szCs w:val="28"/>
          <w:rtl/>
          <w:lang w:bidi="he-IL"/>
        </w:rPr>
        <w:t>הוראה</w:t>
      </w:r>
      <w:r w:rsidRPr="00AE5F2A">
        <w:rPr>
          <w:rFonts w:asciiTheme="minorBidi" w:hAnsiTheme="minorBidi"/>
          <w:b/>
          <w:sz w:val="28"/>
        </w:rPr>
        <w:t xml:space="preserve"> </w:t>
      </w:r>
      <w:r w:rsidRPr="00AE5F2A">
        <w:rPr>
          <w:rFonts w:asciiTheme="minorBidi" w:hAnsiTheme="minorBidi"/>
          <w:b/>
          <w:bCs/>
          <w:sz w:val="28"/>
          <w:szCs w:val="28"/>
          <w:rtl/>
          <w:lang w:bidi="he-IL"/>
        </w:rPr>
        <w:t>וחברות</w:t>
      </w:r>
      <w:r w:rsidRPr="00AE5F2A">
        <w:rPr>
          <w:rFonts w:asciiTheme="minorBidi" w:hAnsiTheme="minorBidi"/>
          <w:b/>
          <w:sz w:val="28"/>
        </w:rPr>
        <w:t xml:space="preserve"> </w:t>
      </w:r>
      <w:r w:rsidRPr="00AE5F2A">
        <w:rPr>
          <w:rFonts w:asciiTheme="minorBidi" w:hAnsiTheme="minorBidi"/>
          <w:b/>
          <w:bCs/>
          <w:sz w:val="28"/>
          <w:szCs w:val="28"/>
          <w:rtl/>
          <w:lang w:bidi="he-IL"/>
        </w:rPr>
        <w:t>מקצועית</w:t>
      </w:r>
    </w:p>
    <w:p w:rsidR="00666540" w:rsidRPr="00AE5F2A" w:rsidRDefault="004874BD" w:rsidP="00AB74A6">
      <w:pPr>
        <w:bidi/>
        <w:spacing w:line="240" w:lineRule="auto"/>
        <w:rPr>
          <w:rFonts w:asciiTheme="minorBidi" w:hAnsiTheme="minorBidi"/>
        </w:rPr>
      </w:pPr>
      <w:r w:rsidRPr="00AE5F2A">
        <w:rPr>
          <w:rFonts w:asciiTheme="minorBidi" w:hAnsiTheme="minorBidi"/>
        </w:rPr>
        <w:t xml:space="preserve">• </w:t>
      </w:r>
      <w:r w:rsidRPr="00AE5F2A">
        <w:rPr>
          <w:rFonts w:asciiTheme="minorBidi" w:hAnsiTheme="minorBidi"/>
          <w:rtl/>
          <w:lang w:bidi="he-IL"/>
        </w:rPr>
        <w:t>מורה</w:t>
      </w:r>
      <w:r w:rsidRPr="00AE5F2A">
        <w:rPr>
          <w:rFonts w:asciiTheme="minorBidi" w:hAnsiTheme="minorBidi"/>
        </w:rPr>
        <w:t xml:space="preserve"> </w:t>
      </w:r>
      <w:r w:rsidRPr="00AE5F2A">
        <w:rPr>
          <w:rFonts w:asciiTheme="minorBidi" w:hAnsiTheme="minorBidi"/>
          <w:rtl/>
          <w:lang w:bidi="he-IL"/>
        </w:rPr>
        <w:t>מוסמכת</w:t>
      </w:r>
      <w:r w:rsidRPr="00AE5F2A">
        <w:rPr>
          <w:rFonts w:asciiTheme="minorBidi" w:hAnsiTheme="minorBidi"/>
        </w:rPr>
        <w:t xml:space="preserve"> </w:t>
      </w:r>
      <w:r w:rsidRPr="00AE5F2A">
        <w:rPr>
          <w:rFonts w:asciiTheme="minorBidi" w:hAnsiTheme="minorBidi"/>
          <w:rtl/>
          <w:lang w:bidi="he-IL"/>
        </w:rPr>
        <w:t>לפלדנקרייז</w:t>
      </w:r>
      <w:r w:rsidRPr="00AE5F2A">
        <w:rPr>
          <w:rFonts w:asciiTheme="minorBidi" w:hAnsiTheme="minorBidi"/>
        </w:rPr>
        <w:t>.</w:t>
      </w:r>
      <w:r w:rsidRPr="00AE5F2A">
        <w:rPr>
          <w:rFonts w:asciiTheme="minorBidi" w:hAnsiTheme="minorBidi"/>
        </w:rPr>
        <w:br/>
        <w:t xml:space="preserve">• </w:t>
      </w:r>
      <w:r w:rsidRPr="00AE5F2A">
        <w:rPr>
          <w:rFonts w:asciiTheme="minorBidi" w:hAnsiTheme="minorBidi"/>
          <w:rtl/>
          <w:lang w:bidi="he-IL"/>
        </w:rPr>
        <w:t>אסיסטנטית</w:t>
      </w:r>
      <w:r w:rsidRPr="00AE5F2A">
        <w:rPr>
          <w:rFonts w:asciiTheme="minorBidi" w:hAnsiTheme="minorBidi"/>
        </w:rPr>
        <w:t xml:space="preserve"> </w:t>
      </w:r>
      <w:r w:rsidRPr="00AE5F2A">
        <w:rPr>
          <w:rFonts w:asciiTheme="minorBidi" w:hAnsiTheme="minorBidi"/>
          <w:rtl/>
          <w:lang w:bidi="he-IL"/>
        </w:rPr>
        <w:t>בהכשרות</w:t>
      </w:r>
      <w:r w:rsidRPr="00AE5F2A">
        <w:rPr>
          <w:rFonts w:asciiTheme="minorBidi" w:hAnsiTheme="minorBidi"/>
        </w:rPr>
        <w:t xml:space="preserve"> </w:t>
      </w:r>
      <w:r w:rsidRPr="00AE5F2A">
        <w:rPr>
          <w:rFonts w:asciiTheme="minorBidi" w:hAnsiTheme="minorBidi"/>
          <w:rtl/>
          <w:lang w:bidi="he-IL"/>
        </w:rPr>
        <w:t>מורים</w:t>
      </w:r>
      <w:r w:rsidRPr="00AE5F2A">
        <w:rPr>
          <w:rFonts w:asciiTheme="minorBidi" w:hAnsiTheme="minorBidi"/>
        </w:rPr>
        <w:t xml:space="preserve"> </w:t>
      </w:r>
      <w:r w:rsidRPr="00AE5F2A">
        <w:rPr>
          <w:rFonts w:asciiTheme="minorBidi" w:hAnsiTheme="minorBidi"/>
          <w:rtl/>
          <w:lang w:bidi="he-IL"/>
        </w:rPr>
        <w:t>לפלדנקרייז</w:t>
      </w:r>
      <w:r w:rsidRPr="00AE5F2A">
        <w:rPr>
          <w:rFonts w:asciiTheme="minorBidi" w:hAnsiTheme="minorBidi"/>
        </w:rPr>
        <w:t xml:space="preserve"> </w:t>
      </w:r>
      <w:r w:rsidRPr="00AE5F2A">
        <w:rPr>
          <w:rFonts w:asciiTheme="minorBidi" w:hAnsiTheme="minorBidi"/>
          <w:rtl/>
          <w:lang w:bidi="he-IL"/>
        </w:rPr>
        <w:t>בישראל</w:t>
      </w:r>
      <w:r w:rsidRPr="00AE5F2A">
        <w:rPr>
          <w:rFonts w:asciiTheme="minorBidi" w:hAnsiTheme="minorBidi"/>
        </w:rPr>
        <w:t xml:space="preserve"> </w:t>
      </w:r>
      <w:r w:rsidRPr="00AE5F2A">
        <w:rPr>
          <w:rFonts w:asciiTheme="minorBidi" w:hAnsiTheme="minorBidi"/>
          <w:rtl/>
          <w:lang w:bidi="he-IL"/>
        </w:rPr>
        <w:t>ובסין</w:t>
      </w:r>
      <w:r w:rsidRPr="00AE5F2A">
        <w:rPr>
          <w:rFonts w:asciiTheme="minorBidi" w:hAnsiTheme="minorBidi"/>
        </w:rPr>
        <w:t>.</w:t>
      </w:r>
      <w:r w:rsidRPr="00AE5F2A">
        <w:rPr>
          <w:rFonts w:asciiTheme="minorBidi" w:hAnsiTheme="minorBidi"/>
        </w:rPr>
        <w:br/>
        <w:t xml:space="preserve">• </w:t>
      </w:r>
      <w:r w:rsidRPr="00AE5F2A">
        <w:rPr>
          <w:rFonts w:asciiTheme="minorBidi" w:hAnsiTheme="minorBidi"/>
          <w:rtl/>
          <w:lang w:bidi="he-IL"/>
        </w:rPr>
        <w:t>חברת</w:t>
      </w:r>
      <w:r w:rsidRPr="00AE5F2A">
        <w:rPr>
          <w:rFonts w:asciiTheme="minorBidi" w:hAnsiTheme="minorBidi"/>
        </w:rPr>
        <w:t xml:space="preserve"> </w:t>
      </w:r>
      <w:r w:rsidRPr="00AE5F2A">
        <w:rPr>
          <w:rFonts w:asciiTheme="minorBidi" w:hAnsiTheme="minorBidi"/>
          <w:rtl/>
          <w:lang w:bidi="he-IL"/>
        </w:rPr>
        <w:t>ועד</w:t>
      </w:r>
      <w:r w:rsidRPr="00AE5F2A">
        <w:rPr>
          <w:rFonts w:asciiTheme="minorBidi" w:hAnsiTheme="minorBidi"/>
        </w:rPr>
        <w:t xml:space="preserve"> </w:t>
      </w:r>
      <w:r w:rsidRPr="00AE5F2A">
        <w:rPr>
          <w:rFonts w:asciiTheme="minorBidi" w:hAnsiTheme="minorBidi"/>
          <w:rtl/>
          <w:lang w:bidi="he-IL"/>
        </w:rPr>
        <w:t>עמותת</w:t>
      </w:r>
      <w:r w:rsidRPr="00AE5F2A">
        <w:rPr>
          <w:rFonts w:asciiTheme="minorBidi" w:hAnsiTheme="minorBidi"/>
        </w:rPr>
        <w:t xml:space="preserve"> </w:t>
      </w:r>
      <w:r w:rsidRPr="00AE5F2A">
        <w:rPr>
          <w:rFonts w:asciiTheme="minorBidi" w:hAnsiTheme="minorBidi"/>
          <w:rtl/>
          <w:lang w:bidi="he-IL"/>
        </w:rPr>
        <w:t>הקונטקט</w:t>
      </w:r>
      <w:r w:rsidRPr="00AE5F2A">
        <w:rPr>
          <w:rFonts w:asciiTheme="minorBidi" w:hAnsiTheme="minorBidi"/>
        </w:rPr>
        <w:t xml:space="preserve"> </w:t>
      </w:r>
      <w:r w:rsidRPr="00AE5F2A">
        <w:rPr>
          <w:rFonts w:asciiTheme="minorBidi" w:hAnsiTheme="minorBidi"/>
          <w:rtl/>
          <w:lang w:bidi="he-IL"/>
        </w:rPr>
        <w:t>אימפרוביזציה</w:t>
      </w:r>
      <w:r w:rsidRPr="00AE5F2A">
        <w:rPr>
          <w:rFonts w:asciiTheme="minorBidi" w:hAnsiTheme="minorBidi"/>
        </w:rPr>
        <w:t xml:space="preserve"> </w:t>
      </w:r>
      <w:r w:rsidRPr="00AE5F2A">
        <w:rPr>
          <w:rFonts w:asciiTheme="minorBidi" w:hAnsiTheme="minorBidi"/>
          <w:rtl/>
          <w:lang w:bidi="he-IL"/>
        </w:rPr>
        <w:t>בישראל</w:t>
      </w:r>
      <w:r w:rsidRPr="00AE5F2A">
        <w:rPr>
          <w:rFonts w:asciiTheme="minorBidi" w:hAnsiTheme="minorBidi"/>
        </w:rPr>
        <w:t>.</w:t>
      </w:r>
      <w:r w:rsidRPr="00AE5F2A">
        <w:rPr>
          <w:rFonts w:asciiTheme="minorBidi" w:hAnsiTheme="minorBidi"/>
        </w:rPr>
        <w:br/>
        <w:t xml:space="preserve">• </w:t>
      </w:r>
      <w:r w:rsidRPr="00AE5F2A">
        <w:rPr>
          <w:rFonts w:asciiTheme="minorBidi" w:hAnsiTheme="minorBidi"/>
          <w:rtl/>
          <w:lang w:bidi="he-IL"/>
        </w:rPr>
        <w:t>חברה</w:t>
      </w:r>
      <w:r w:rsidRPr="00AE5F2A">
        <w:rPr>
          <w:rFonts w:asciiTheme="minorBidi" w:hAnsiTheme="minorBidi"/>
        </w:rPr>
        <w:t xml:space="preserve"> </w:t>
      </w:r>
      <w:r w:rsidRPr="00AE5F2A">
        <w:rPr>
          <w:rFonts w:asciiTheme="minorBidi" w:hAnsiTheme="minorBidi"/>
          <w:rtl/>
          <w:lang w:bidi="he-IL"/>
        </w:rPr>
        <w:t>בעמותת</w:t>
      </w:r>
      <w:r w:rsidRPr="00AE5F2A">
        <w:rPr>
          <w:rFonts w:asciiTheme="minorBidi" w:hAnsiTheme="minorBidi"/>
        </w:rPr>
        <w:t xml:space="preserve"> </w:t>
      </w:r>
      <w:r w:rsidRPr="00AE5F2A">
        <w:rPr>
          <w:rFonts w:asciiTheme="minorBidi" w:hAnsiTheme="minorBidi"/>
          <w:rtl/>
          <w:lang w:bidi="he-IL"/>
        </w:rPr>
        <w:t>הכוריאוגרפים</w:t>
      </w:r>
      <w:r w:rsidRPr="00AE5F2A">
        <w:rPr>
          <w:rFonts w:asciiTheme="minorBidi" w:hAnsiTheme="minorBidi"/>
        </w:rPr>
        <w:t>.</w:t>
      </w:r>
    </w:p>
    <w:p w:rsidR="00666540" w:rsidRPr="00AE5F2A" w:rsidRDefault="004874BD" w:rsidP="00AB74A6">
      <w:pPr>
        <w:bidi/>
        <w:spacing w:line="240" w:lineRule="auto"/>
        <w:rPr>
          <w:rFonts w:asciiTheme="minorBidi" w:hAnsiTheme="minorBidi"/>
        </w:rPr>
      </w:pPr>
      <w:r w:rsidRPr="00AE5F2A">
        <w:rPr>
          <w:rFonts w:asciiTheme="minorBidi" w:hAnsiTheme="minorBidi"/>
          <w:b/>
          <w:bCs/>
          <w:sz w:val="28"/>
          <w:szCs w:val="28"/>
          <w:rtl/>
          <w:lang w:bidi="he-IL"/>
        </w:rPr>
        <w:t>מענקים</w:t>
      </w:r>
      <w:r w:rsidRPr="00AE5F2A">
        <w:rPr>
          <w:rFonts w:asciiTheme="minorBidi" w:hAnsiTheme="minorBidi"/>
          <w:b/>
          <w:sz w:val="28"/>
        </w:rPr>
        <w:t xml:space="preserve"> </w:t>
      </w:r>
      <w:r w:rsidRPr="00AE5F2A">
        <w:rPr>
          <w:rFonts w:asciiTheme="minorBidi" w:hAnsiTheme="minorBidi"/>
          <w:b/>
          <w:bCs/>
          <w:sz w:val="28"/>
          <w:szCs w:val="28"/>
          <w:rtl/>
          <w:lang w:bidi="he-IL"/>
        </w:rPr>
        <w:t>ותמיכות</w:t>
      </w:r>
    </w:p>
    <w:p w:rsidR="00666540" w:rsidRPr="00AE5F2A" w:rsidRDefault="004874BD" w:rsidP="00AB74A6">
      <w:pPr>
        <w:bidi/>
        <w:spacing w:line="240" w:lineRule="auto"/>
        <w:rPr>
          <w:rFonts w:asciiTheme="minorBidi" w:hAnsiTheme="minorBidi"/>
        </w:rPr>
      </w:pPr>
      <w:r w:rsidRPr="00AE5F2A">
        <w:rPr>
          <w:rFonts w:asciiTheme="minorBidi" w:hAnsiTheme="minorBidi"/>
          <w:rtl/>
          <w:lang w:bidi="he-IL"/>
        </w:rPr>
        <w:t>עבודותיה</w:t>
      </w:r>
      <w:r w:rsidRPr="00AE5F2A">
        <w:rPr>
          <w:rFonts w:asciiTheme="minorBidi" w:hAnsiTheme="minorBidi"/>
        </w:rPr>
        <w:t xml:space="preserve"> </w:t>
      </w:r>
      <w:r w:rsidRPr="00AE5F2A">
        <w:rPr>
          <w:rFonts w:asciiTheme="minorBidi" w:hAnsiTheme="minorBidi"/>
          <w:rtl/>
          <w:lang w:bidi="he-IL"/>
        </w:rPr>
        <w:t>נתמכו</w:t>
      </w:r>
      <w:r w:rsidRPr="00AE5F2A">
        <w:rPr>
          <w:rFonts w:asciiTheme="minorBidi" w:hAnsiTheme="minorBidi"/>
        </w:rPr>
        <w:t xml:space="preserve"> </w:t>
      </w:r>
      <w:r w:rsidRPr="00AE5F2A">
        <w:rPr>
          <w:rFonts w:asciiTheme="minorBidi" w:hAnsiTheme="minorBidi"/>
          <w:rtl/>
          <w:lang w:bidi="he-IL"/>
        </w:rPr>
        <w:t>על</w:t>
      </w:r>
      <w:r w:rsidRPr="00AE5F2A">
        <w:rPr>
          <w:rFonts w:asciiTheme="minorBidi" w:hAnsiTheme="minorBidi"/>
        </w:rPr>
        <w:t xml:space="preserve"> </w:t>
      </w:r>
      <w:r w:rsidRPr="00AE5F2A">
        <w:rPr>
          <w:rFonts w:asciiTheme="minorBidi" w:hAnsiTheme="minorBidi"/>
          <w:rtl/>
          <w:lang w:bidi="he-IL"/>
        </w:rPr>
        <w:t>ידי</w:t>
      </w:r>
      <w:r w:rsidRPr="00AE5F2A">
        <w:rPr>
          <w:rFonts w:asciiTheme="minorBidi" w:hAnsiTheme="minorBidi"/>
        </w:rPr>
        <w:t xml:space="preserve"> </w:t>
      </w:r>
      <w:r w:rsidRPr="00AE5F2A">
        <w:rPr>
          <w:rFonts w:asciiTheme="minorBidi" w:hAnsiTheme="minorBidi"/>
          <w:rtl/>
          <w:lang w:bidi="he-IL"/>
        </w:rPr>
        <w:t>משרד</w:t>
      </w:r>
      <w:r w:rsidRPr="00AE5F2A">
        <w:rPr>
          <w:rFonts w:asciiTheme="minorBidi" w:hAnsiTheme="minorBidi"/>
        </w:rPr>
        <w:t xml:space="preserve"> </w:t>
      </w:r>
      <w:r w:rsidRPr="00AE5F2A">
        <w:rPr>
          <w:rFonts w:asciiTheme="minorBidi" w:hAnsiTheme="minorBidi"/>
          <w:rtl/>
          <w:lang w:bidi="he-IL"/>
        </w:rPr>
        <w:t>התרבות</w:t>
      </w:r>
      <w:r w:rsidRPr="00AE5F2A">
        <w:rPr>
          <w:rFonts w:asciiTheme="minorBidi" w:hAnsiTheme="minorBidi"/>
        </w:rPr>
        <w:t xml:space="preserve"> </w:t>
      </w:r>
      <w:r w:rsidRPr="00AE5F2A">
        <w:rPr>
          <w:rFonts w:asciiTheme="minorBidi" w:hAnsiTheme="minorBidi"/>
          <w:rtl/>
          <w:lang w:bidi="he-IL"/>
        </w:rPr>
        <w:t>והספורט</w:t>
      </w:r>
      <w:r w:rsidRPr="00AE5F2A">
        <w:rPr>
          <w:rFonts w:asciiTheme="minorBidi" w:hAnsiTheme="minorBidi"/>
        </w:rPr>
        <w:t xml:space="preserve">, </w:t>
      </w:r>
      <w:r w:rsidRPr="00AE5F2A">
        <w:rPr>
          <w:rFonts w:asciiTheme="minorBidi" w:hAnsiTheme="minorBidi"/>
          <w:rtl/>
          <w:lang w:bidi="he-IL"/>
        </w:rPr>
        <w:t>קרן</w:t>
      </w:r>
      <w:r w:rsidRPr="00AE5F2A">
        <w:rPr>
          <w:rFonts w:asciiTheme="minorBidi" w:hAnsiTheme="minorBidi"/>
        </w:rPr>
        <w:t xml:space="preserve"> </w:t>
      </w:r>
      <w:r w:rsidRPr="00AE5F2A">
        <w:rPr>
          <w:rFonts w:asciiTheme="minorBidi" w:hAnsiTheme="minorBidi"/>
          <w:rtl/>
          <w:lang w:bidi="he-IL"/>
        </w:rPr>
        <w:t>רבינוביץ׳</w:t>
      </w:r>
      <w:r w:rsidRPr="00AE5F2A">
        <w:rPr>
          <w:rFonts w:asciiTheme="minorBidi" w:hAnsiTheme="minorBidi"/>
        </w:rPr>
        <w:t xml:space="preserve">, </w:t>
      </w:r>
      <w:r w:rsidRPr="00AE5F2A">
        <w:rPr>
          <w:rFonts w:asciiTheme="minorBidi" w:hAnsiTheme="minorBidi"/>
          <w:rtl/>
          <w:lang w:bidi="he-IL"/>
        </w:rPr>
        <w:t>מפעל</w:t>
      </w:r>
      <w:r w:rsidRPr="00AE5F2A">
        <w:rPr>
          <w:rFonts w:asciiTheme="minorBidi" w:hAnsiTheme="minorBidi"/>
        </w:rPr>
        <w:t xml:space="preserve"> </w:t>
      </w:r>
      <w:r w:rsidRPr="00AE5F2A">
        <w:rPr>
          <w:rFonts w:asciiTheme="minorBidi" w:hAnsiTheme="minorBidi"/>
          <w:rtl/>
          <w:lang w:bidi="he-IL"/>
        </w:rPr>
        <w:t>הפיס</w:t>
      </w:r>
      <w:r w:rsidRPr="00AE5F2A">
        <w:rPr>
          <w:rFonts w:asciiTheme="minorBidi" w:hAnsiTheme="minorBidi"/>
        </w:rPr>
        <w:t xml:space="preserve">, </w:t>
      </w:r>
      <w:r w:rsidRPr="00AE5F2A">
        <w:rPr>
          <w:rFonts w:asciiTheme="minorBidi" w:hAnsiTheme="minorBidi"/>
          <w:rtl/>
          <w:lang w:bidi="he-IL"/>
        </w:rPr>
        <w:t>קרן</w:t>
      </w:r>
      <w:r w:rsidRPr="00AE5F2A">
        <w:rPr>
          <w:rFonts w:asciiTheme="minorBidi" w:hAnsiTheme="minorBidi"/>
        </w:rPr>
        <w:t xml:space="preserve"> </w:t>
      </w:r>
      <w:r w:rsidRPr="00AE5F2A">
        <w:rPr>
          <w:rFonts w:asciiTheme="minorBidi" w:hAnsiTheme="minorBidi"/>
          <w:rtl/>
          <w:lang w:bidi="he-IL"/>
        </w:rPr>
        <w:t>יוצרים</w:t>
      </w:r>
      <w:r w:rsidRPr="00AE5F2A">
        <w:rPr>
          <w:rFonts w:asciiTheme="minorBidi" w:hAnsiTheme="minorBidi"/>
        </w:rPr>
        <w:t xml:space="preserve">, </w:t>
      </w:r>
      <w:r w:rsidRPr="00AE5F2A">
        <w:rPr>
          <w:rFonts w:asciiTheme="minorBidi" w:hAnsiTheme="minorBidi"/>
          <w:rtl/>
          <w:lang w:bidi="he-IL"/>
        </w:rPr>
        <w:t>עיריית</w:t>
      </w:r>
      <w:r w:rsidRPr="00AE5F2A">
        <w:rPr>
          <w:rFonts w:asciiTheme="minorBidi" w:hAnsiTheme="minorBidi"/>
        </w:rPr>
        <w:t xml:space="preserve"> </w:t>
      </w:r>
      <w:r w:rsidRPr="00AE5F2A">
        <w:rPr>
          <w:rFonts w:asciiTheme="minorBidi" w:hAnsiTheme="minorBidi"/>
          <w:rtl/>
          <w:lang w:bidi="he-IL"/>
        </w:rPr>
        <w:t>תל</w:t>
      </w:r>
      <w:r w:rsidRPr="00AE5F2A">
        <w:rPr>
          <w:rFonts w:asciiTheme="minorBidi" w:hAnsiTheme="minorBidi"/>
        </w:rPr>
        <w:t xml:space="preserve"> </w:t>
      </w:r>
      <w:r w:rsidRPr="00AE5F2A">
        <w:rPr>
          <w:rFonts w:asciiTheme="minorBidi" w:hAnsiTheme="minorBidi"/>
          <w:rtl/>
          <w:lang w:bidi="he-IL"/>
        </w:rPr>
        <w:t>אביב־יפו</w:t>
      </w:r>
      <w:r w:rsidRPr="00AE5F2A">
        <w:rPr>
          <w:rFonts w:asciiTheme="minorBidi" w:hAnsiTheme="minorBidi"/>
        </w:rPr>
        <w:t xml:space="preserve"> </w:t>
      </w:r>
      <w:r w:rsidRPr="00AE5F2A">
        <w:rPr>
          <w:rFonts w:asciiTheme="minorBidi" w:hAnsiTheme="minorBidi"/>
          <w:rtl/>
          <w:lang w:bidi="he-IL"/>
        </w:rPr>
        <w:t>וגופים</w:t>
      </w:r>
      <w:r w:rsidRPr="00AE5F2A">
        <w:rPr>
          <w:rFonts w:asciiTheme="minorBidi" w:hAnsiTheme="minorBidi"/>
        </w:rPr>
        <w:t xml:space="preserve"> </w:t>
      </w:r>
      <w:r w:rsidRPr="00AE5F2A">
        <w:rPr>
          <w:rFonts w:asciiTheme="minorBidi" w:hAnsiTheme="minorBidi"/>
          <w:rtl/>
          <w:lang w:bidi="he-IL"/>
        </w:rPr>
        <w:t>ציבוריים</w:t>
      </w:r>
      <w:r w:rsidRPr="00AE5F2A">
        <w:rPr>
          <w:rFonts w:asciiTheme="minorBidi" w:hAnsiTheme="minorBidi"/>
        </w:rPr>
        <w:t xml:space="preserve"> </w:t>
      </w:r>
      <w:r w:rsidRPr="00AE5F2A">
        <w:rPr>
          <w:rFonts w:asciiTheme="minorBidi" w:hAnsiTheme="minorBidi"/>
          <w:rtl/>
          <w:lang w:bidi="he-IL"/>
        </w:rPr>
        <w:t>נוספים</w:t>
      </w:r>
      <w:r w:rsidRPr="00AE5F2A">
        <w:rPr>
          <w:rFonts w:asciiTheme="minorBidi" w:hAnsiTheme="minorBidi"/>
        </w:rPr>
        <w:t>.</w:t>
      </w:r>
    </w:p>
    <w:sectPr w:rsidR="00666540" w:rsidRPr="00AE5F2A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874BD"/>
    <w:rsid w:val="00666540"/>
    <w:rsid w:val="006772CF"/>
    <w:rsid w:val="006E4516"/>
    <w:rsid w:val="00AA1D8D"/>
    <w:rsid w:val="00AB74A6"/>
    <w:rsid w:val="00AE5F2A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E5BBECF"/>
  <w14:defaultImageDpi w14:val="300"/>
  <w15:docId w15:val="{8555B667-E60E-4252-B8EB-0EAF81FB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E457D72-DDE5-44E9-8384-F07B93E94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230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1379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Tali</cp:lastModifiedBy>
  <cp:revision>5</cp:revision>
  <dcterms:created xsi:type="dcterms:W3CDTF">2026-06-17T13:27:00Z</dcterms:created>
  <dcterms:modified xsi:type="dcterms:W3CDTF">2026-08-30T11:50:00Z</dcterms:modified>
  <cp:category/>
</cp:coreProperties>
</file>